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0EC" w:rsidRDefault="006E2EA2">
      <w:pPr>
        <w:spacing w:after="240" w:line="288" w:lineRule="auto"/>
        <w:jc w:val="center"/>
      </w:pPr>
      <w:r>
        <w:rPr>
          <w:b/>
          <w:sz w:val="24"/>
        </w:rPr>
        <w:t>ДЕКЛАРАЦИЯ ЗА ИНФОРМИРАНО СЪГЛАСИЕ ЗА</w:t>
      </w:r>
      <w:r>
        <w:rPr>
          <w:b/>
          <w:sz w:val="24"/>
        </w:rPr>
        <w:br/>
        <w:t>ОБРАБОТВАНЕ НА ЛИЧНИ ДАННИ НА РОДИТЕЛИ И ДЕТЕ ОТ</w:t>
      </w:r>
      <w:r>
        <w:rPr>
          <w:b/>
          <w:sz w:val="24"/>
        </w:rPr>
        <w:br/>
        <w:t>ВИДЕОНАБЛЮДЕНИЕ</w:t>
      </w:r>
    </w:p>
    <w:p w:rsidR="007040EC" w:rsidRDefault="006E2EA2">
      <w:r>
        <w:t>1. Долуподписаната</w:t>
      </w:r>
      <w:r>
        <w:t>...................................................................................................</w:t>
      </w:r>
    </w:p>
    <w:p w:rsidR="009D7BCF" w:rsidRDefault="006E2EA2" w:rsidP="009D7BCF">
      <w:r>
        <w:t xml:space="preserve">с </w:t>
      </w:r>
    </w:p>
    <w:p w:rsidR="007040EC" w:rsidRDefault="006E2EA2" w:rsidP="009D7BCF">
      <w:proofErr w:type="spellStart"/>
      <w:proofErr w:type="gramStart"/>
      <w:r>
        <w:t>адрес</w:t>
      </w:r>
      <w:proofErr w:type="spellEnd"/>
      <w:r w:rsidR="009D7BCF">
        <w:rPr>
          <w:lang w:val="bg-BG"/>
        </w:rPr>
        <w:t xml:space="preserve"> </w:t>
      </w:r>
      <w:r>
        <w:t>:</w:t>
      </w:r>
      <w:proofErr w:type="gramEnd"/>
      <w:r>
        <w:t>............................................................................................................................</w:t>
      </w:r>
    </w:p>
    <w:p w:rsidR="007040EC" w:rsidRDefault="006E2EA2">
      <w:r>
        <w:t>2. Долуподп</w:t>
      </w:r>
      <w:r>
        <w:t>исаният</w:t>
      </w:r>
      <w:r>
        <w:t>....................................................................................................</w:t>
      </w:r>
    </w:p>
    <w:p w:rsidR="007040EC" w:rsidRDefault="006E2EA2">
      <w:r>
        <w:t xml:space="preserve">с </w:t>
      </w:r>
    </w:p>
    <w:p w:rsidR="007040EC" w:rsidRDefault="006E2EA2">
      <w:proofErr w:type="spellStart"/>
      <w:r>
        <w:t>адрес</w:t>
      </w:r>
      <w:proofErr w:type="spellEnd"/>
      <w:r>
        <w:t>:</w:t>
      </w:r>
      <w:r w:rsidR="009D7BCF">
        <w:rPr>
          <w:lang w:val="bg-BG"/>
        </w:rPr>
        <w:t xml:space="preserve"> </w:t>
      </w:r>
      <w:r>
        <w:t>..........................</w:t>
      </w:r>
      <w:r>
        <w:t>..................................................................................................</w:t>
      </w:r>
    </w:p>
    <w:p w:rsidR="007040EC" w:rsidRDefault="006E2EA2">
      <w:r>
        <w:t>лично за себе си и в качеството си на родители, законни представители, настойници, попечители на малолетното дете/</w:t>
      </w:r>
    </w:p>
    <w:p w:rsidR="007040EC" w:rsidRDefault="006E2EA2">
      <w:r>
        <w:t>три имена/:...............................</w:t>
      </w:r>
      <w:r>
        <w:t>....................................................................................</w:t>
      </w:r>
    </w:p>
    <w:p w:rsidR="007040EC" w:rsidRDefault="006E2EA2">
      <w:r>
        <w:t xml:space="preserve">с </w:t>
      </w:r>
    </w:p>
    <w:p w:rsidR="007040EC" w:rsidRDefault="006E2EA2">
      <w:pPr>
        <w:spacing w:after="240"/>
      </w:pPr>
      <w:proofErr w:type="gramStart"/>
      <w:r>
        <w:t>адрес:.................................</w:t>
      </w:r>
      <w:r>
        <w:t>...........................................................................................</w:t>
      </w:r>
      <w:proofErr w:type="gramEnd"/>
    </w:p>
    <w:p w:rsidR="007040EC" w:rsidRDefault="006E2EA2">
      <w:pPr>
        <w:spacing w:after="120"/>
      </w:pPr>
      <w:r>
        <w:rPr>
          <w:b/>
        </w:rPr>
        <w:t>3. ДЕКЛАРИРАМ, ЧЕ:</w:t>
      </w:r>
    </w:p>
    <w:p w:rsidR="007040EC" w:rsidRDefault="006E2EA2">
      <w:pPr>
        <w:spacing w:after="120"/>
      </w:pPr>
      <w:r>
        <w:rPr>
          <w:b/>
        </w:rPr>
        <w:t>ПРЕДОСТАВЯМ / НЕПРЕДОСТАВЯМ ( Ненужното се зачертава)</w:t>
      </w:r>
    </w:p>
    <w:p w:rsidR="007040EC" w:rsidRDefault="006E2EA2">
      <w:pPr>
        <w:spacing w:after="160"/>
        <w:jc w:val="both"/>
      </w:pPr>
      <w:r>
        <w:t>свободно, доброволно и информирано съгласието си, ДЕТСКА ГРАДИНА "ВЕСЕЛКА" с. Ивайло, с цел</w:t>
      </w:r>
      <w:r>
        <w:t xml:space="preserve"> гарантиране безопасността на децата при игри в свободното им време, както и за съблюдаване за спазване на работното време и реда за достъп в Детската градина, да набира и обработва личните ми данни, както и личните данни на малолетното ми дете посредством</w:t>
      </w:r>
      <w:r>
        <w:t xml:space="preserve"> технически средства /камери/ за видеонаблюдение със запис на образ, монтирани в двора на ДЕТСКА ГРАДИНА "ВЕСЕЛКА" с. Ивайло.</w:t>
      </w:r>
    </w:p>
    <w:p w:rsidR="007040EC" w:rsidRDefault="006E2EA2">
      <w:pPr>
        <w:spacing w:after="320"/>
        <w:jc w:val="both"/>
      </w:pPr>
      <w:r>
        <w:t>Информиран/а съм, че имам право по всяко време, да оттегля съгласието си за обработване на моите лични данни и/или тези на малолет</w:t>
      </w:r>
      <w:r>
        <w:t xml:space="preserve">ното ми дете, частично или изцяло. </w:t>
      </w:r>
      <w:bookmarkStart w:id="0" w:name="_GoBack"/>
      <w:bookmarkEnd w:id="0"/>
      <w:r>
        <w:t xml:space="preserve">Информиран/а съм за последиците при отказ или оттегляне на съгласието, а именно, че достъпа ми до ДЕТСКА ГРАДИНА "ВЕСЕЛКА" с. Ивайло ще бъде затруднен от необходимост от предварително обаждане от моя страна за извършване </w:t>
      </w:r>
      <w:r>
        <w:t>допълнителни действия по изключване на камерите за видеонаблюдение.</w:t>
      </w:r>
    </w:p>
    <w:p w:rsidR="007040EC" w:rsidRDefault="006E2EA2">
      <w:pPr>
        <w:spacing w:after="240"/>
      </w:pPr>
      <w:r>
        <w:t>дата:...............</w:t>
      </w:r>
    </w:p>
    <w:p w:rsidR="007040EC" w:rsidRDefault="006E2EA2">
      <w:r>
        <w:t>1.Родител/настойник: .............................</w:t>
      </w:r>
    </w:p>
    <w:p w:rsidR="007040EC" w:rsidRDefault="006E2EA2">
      <w:pPr>
        <w:spacing w:after="0"/>
      </w:pPr>
      <w:r>
        <w:t>2.Родител/настойник: .............................</w:t>
      </w:r>
    </w:p>
    <w:sectPr w:rsidR="007040EC" w:rsidSect="0003461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2EA2" w:rsidRDefault="006E2EA2" w:rsidP="009D7BCF">
      <w:pPr>
        <w:spacing w:after="0" w:line="240" w:lineRule="auto"/>
      </w:pPr>
      <w:r>
        <w:separator/>
      </w:r>
    </w:p>
  </w:endnote>
  <w:endnote w:type="continuationSeparator" w:id="0">
    <w:p w:rsidR="006E2EA2" w:rsidRDefault="006E2EA2" w:rsidP="009D7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2EA2" w:rsidRDefault="006E2EA2" w:rsidP="009D7BCF">
      <w:pPr>
        <w:spacing w:after="0" w:line="240" w:lineRule="auto"/>
      </w:pPr>
      <w:r>
        <w:separator/>
      </w:r>
    </w:p>
  </w:footnote>
  <w:footnote w:type="continuationSeparator" w:id="0">
    <w:p w:rsidR="006E2EA2" w:rsidRDefault="006E2EA2" w:rsidP="009D7B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7BCF" w:rsidRPr="009D7BCF" w:rsidRDefault="009D7BCF" w:rsidP="009D7BCF">
    <w:pPr>
      <w:spacing w:after="0" w:line="240" w:lineRule="auto"/>
      <w:jc w:val="center"/>
      <w:rPr>
        <w:rFonts w:ascii="Arial" w:eastAsia="Times New Roman" w:hAnsi="Arial" w:cs="Times New Roman"/>
        <w:bCs/>
        <w:kern w:val="2"/>
        <w:sz w:val="20"/>
        <w:szCs w:val="20"/>
        <w:shd w:val="clear" w:color="auto" w:fill="FFFFFF"/>
        <w:lang w:val="bg-BG" w:eastAsia="bg-BG"/>
      </w:rPr>
    </w:pPr>
    <w:bookmarkStart w:id="1" w:name="_Hlk179901773"/>
    <w:r w:rsidRPr="009D7BCF">
      <w:rPr>
        <w:rFonts w:eastAsia="Times New Roman" w:cs="Times New Roman"/>
        <w:noProof/>
        <w:color w:val="auto"/>
        <w:kern w:val="2"/>
        <w:sz w:val="20"/>
        <w:szCs w:val="20"/>
        <w:lang w:val="bg-BG" w:eastAsia="bg-BG"/>
      </w:rPr>
      <w:drawing>
        <wp:inline distT="0" distB="0" distL="0" distR="0" wp14:anchorId="4375DB3F" wp14:editId="1B68D0D0">
          <wp:extent cx="1127760" cy="716280"/>
          <wp:effectExtent l="0" t="0" r="0" b="7620"/>
          <wp:docPr id="1" name="Картина 1" descr="изтеглен файл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 descr="изтеглен файл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76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D7BCF" w:rsidRPr="009D7BCF" w:rsidRDefault="009D7BCF" w:rsidP="009D7BCF">
    <w:pPr>
      <w:spacing w:after="0" w:line="240" w:lineRule="auto"/>
      <w:jc w:val="center"/>
      <w:rPr>
        <w:rFonts w:eastAsia="Times New Roman" w:cs="Times New Roman"/>
        <w:bCs/>
        <w:color w:val="auto"/>
        <w:kern w:val="2"/>
        <w:sz w:val="20"/>
        <w:szCs w:val="20"/>
        <w:lang w:val="bg-BG" w:eastAsia="bg-BG"/>
      </w:rPr>
    </w:pPr>
    <w:r w:rsidRPr="009D7BCF">
      <w:rPr>
        <w:rFonts w:eastAsia="Times New Roman" w:cs="Times New Roman"/>
        <w:bCs/>
        <w:color w:val="auto"/>
        <w:kern w:val="2"/>
        <w:sz w:val="20"/>
        <w:szCs w:val="20"/>
        <w:lang w:val="bg-BG" w:eastAsia="bg-BG"/>
      </w:rPr>
      <w:t>ДГ “ВЕСЕЛКА”, с. Ивайло, С ИГ с. Сарая, адрес: с. Ивайло, ул. “25” №3,</w:t>
    </w:r>
  </w:p>
  <w:p w:rsidR="009D7BCF" w:rsidRPr="009D7BCF" w:rsidRDefault="009D7BCF" w:rsidP="009D7BCF">
    <w:pPr>
      <w:pBdr>
        <w:bottom w:val="single" w:sz="6" w:space="1" w:color="auto"/>
      </w:pBdr>
      <w:spacing w:after="0" w:line="240" w:lineRule="auto"/>
      <w:jc w:val="center"/>
      <w:rPr>
        <w:rFonts w:eastAsia="Times New Roman" w:cs="Times New Roman"/>
        <w:bCs/>
        <w:color w:val="auto"/>
        <w:kern w:val="2"/>
        <w:sz w:val="20"/>
        <w:szCs w:val="20"/>
        <w:lang w:eastAsia="bg-BG"/>
      </w:rPr>
    </w:pPr>
    <w:r w:rsidRPr="009D7BCF">
      <w:rPr>
        <w:rFonts w:eastAsia="Times New Roman" w:cs="Times New Roman"/>
        <w:bCs/>
        <w:color w:val="auto"/>
        <w:kern w:val="2"/>
        <w:sz w:val="20"/>
        <w:szCs w:val="20"/>
        <w:lang w:val="bg-BG" w:eastAsia="bg-BG"/>
      </w:rPr>
      <w:t>ТЕЛ: 08</w:t>
    </w:r>
    <w:r w:rsidRPr="009D7BCF">
      <w:rPr>
        <w:rFonts w:eastAsia="Times New Roman" w:cs="Times New Roman"/>
        <w:bCs/>
        <w:color w:val="auto"/>
        <w:kern w:val="2"/>
        <w:sz w:val="20"/>
        <w:szCs w:val="20"/>
        <w:lang w:eastAsia="bg-BG"/>
      </w:rPr>
      <w:t>89720171</w:t>
    </w:r>
    <w:r w:rsidRPr="009D7BCF">
      <w:rPr>
        <w:rFonts w:eastAsia="Times New Roman" w:cs="Times New Roman"/>
        <w:bCs/>
        <w:color w:val="auto"/>
        <w:kern w:val="2"/>
        <w:sz w:val="20"/>
        <w:szCs w:val="20"/>
        <w:lang w:val="bg-BG" w:eastAsia="bg-BG"/>
      </w:rPr>
      <w:t>;</w:t>
    </w:r>
    <w:r w:rsidRPr="009D7BCF">
      <w:rPr>
        <w:rFonts w:eastAsia="Times New Roman" w:cs="Times New Roman"/>
        <w:bCs/>
        <w:color w:val="auto"/>
        <w:kern w:val="2"/>
        <w:sz w:val="20"/>
        <w:szCs w:val="20"/>
        <w:lang w:eastAsia="bg-BG"/>
      </w:rPr>
      <w:t xml:space="preserve"> e</w:t>
    </w:r>
    <w:r w:rsidRPr="009D7BCF">
      <w:rPr>
        <w:rFonts w:eastAsia="Times New Roman" w:cs="Times New Roman"/>
        <w:bCs/>
        <w:color w:val="auto"/>
        <w:kern w:val="2"/>
        <w:sz w:val="20"/>
        <w:szCs w:val="20"/>
        <w:lang w:val="ru-RU" w:eastAsia="bg-BG"/>
      </w:rPr>
      <w:t>-</w:t>
    </w:r>
    <w:r w:rsidRPr="009D7BCF">
      <w:rPr>
        <w:rFonts w:eastAsia="Times New Roman" w:cs="Times New Roman"/>
        <w:bCs/>
        <w:color w:val="auto"/>
        <w:kern w:val="2"/>
        <w:sz w:val="20"/>
        <w:szCs w:val="20"/>
        <w:lang w:eastAsia="bg-BG"/>
      </w:rPr>
      <w:t>mail</w:t>
    </w:r>
    <w:r w:rsidRPr="009D7BCF">
      <w:rPr>
        <w:rFonts w:eastAsia="Times New Roman" w:cs="Times New Roman"/>
        <w:bCs/>
        <w:color w:val="auto"/>
        <w:kern w:val="2"/>
        <w:sz w:val="20"/>
        <w:szCs w:val="20"/>
        <w:lang w:val="ru-RU" w:eastAsia="bg-BG"/>
      </w:rPr>
      <w:t>:</w:t>
    </w:r>
    <w:r w:rsidRPr="009D7BCF">
      <w:rPr>
        <w:rFonts w:eastAsia="Times New Roman" w:cs="Times New Roman"/>
        <w:bCs/>
        <w:color w:val="auto"/>
        <w:kern w:val="2"/>
        <w:sz w:val="20"/>
        <w:szCs w:val="20"/>
        <w:lang w:eastAsia="bg-BG"/>
      </w:rPr>
      <w:t xml:space="preserve"> 1300123@edu.mon.bg</w:t>
    </w:r>
  </w:p>
  <w:bookmarkEnd w:id="1"/>
  <w:p w:rsidR="009D7BCF" w:rsidRPr="009D7BCF" w:rsidRDefault="009D7BCF" w:rsidP="009D7BCF">
    <w:pPr>
      <w:tabs>
        <w:tab w:val="center" w:pos="4703"/>
        <w:tab w:val="right" w:pos="9406"/>
      </w:tabs>
      <w:spacing w:after="0" w:line="240" w:lineRule="auto"/>
      <w:rPr>
        <w:rFonts w:ascii="Calibri" w:eastAsia="Calibri" w:hAnsi="Calibri" w:cs="Times New Roman"/>
        <w:color w:val="auto"/>
        <w:lang w:val="bg-BG"/>
      </w:rPr>
    </w:pPr>
  </w:p>
  <w:p w:rsidR="009D7BCF" w:rsidRDefault="009D7BC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E2EA2"/>
    <w:rsid w:val="007040EC"/>
    <w:rsid w:val="009D7BC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6C43BF"/>
  <w14:defaultImageDpi w14:val="300"/>
  <w15:docId w15:val="{4053307B-D2F3-4040-BA0C-E21CC6C27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/>
    </w:pPr>
    <w:rPr>
      <w:rFonts w:ascii="Times New Roman" w:hAnsi="Times New Roman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3AC0025-77A4-4EAF-9A48-46081543E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2026-09-17T12:53:00Z</dcterms:created>
  <dcterms:modified xsi:type="dcterms:W3CDTF">2026-09-17T12:53:00Z</dcterms:modified>
  <cp:category/>
</cp:coreProperties>
</file>