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067" w:rsidRDefault="0075260E">
      <w:pPr>
        <w:spacing w:after="80"/>
        <w:jc w:val="center"/>
      </w:pPr>
      <w:r>
        <w:rPr>
          <w:b/>
          <w:sz w:val="32"/>
        </w:rPr>
        <w:t>ДЕКЛАРАЦИЯ</w:t>
      </w:r>
    </w:p>
    <w:p w:rsidR="00164067" w:rsidRDefault="0075260E">
      <w:pPr>
        <w:spacing w:after="480"/>
        <w:jc w:val="center"/>
      </w:pPr>
      <w:r>
        <w:rPr>
          <w:b/>
        </w:rPr>
        <w:t>за снимане на детето и публикуване на снимки и видео от Детска градина „Веселка “ с. Ивайло, с ИГ с. Сарая</w:t>
      </w:r>
    </w:p>
    <w:p w:rsidR="00164067" w:rsidRDefault="0075260E">
      <w:pPr>
        <w:spacing w:after="40" w:line="288" w:lineRule="auto"/>
      </w:pPr>
      <w:r>
        <w:t>Долуподписаният(та) ........................................................................................</w:t>
      </w:r>
    </w:p>
    <w:p w:rsidR="00164067" w:rsidRDefault="0075260E">
      <w:pPr>
        <w:spacing w:after="360"/>
      </w:pPr>
      <w:r>
        <w:rPr>
          <w:i/>
          <w:sz w:val="20"/>
        </w:rPr>
        <w:t xml:space="preserve">(име, презиме, фамилия на </w:t>
      </w:r>
      <w:r>
        <w:rPr>
          <w:i/>
          <w:sz w:val="20"/>
        </w:rPr>
        <w:t>родителя/настойника/попечителя/лицето, което полага грижи за дете)</w:t>
      </w:r>
    </w:p>
    <w:p w:rsidR="00164067" w:rsidRDefault="0075260E">
      <w:pPr>
        <w:spacing w:after="360"/>
        <w:jc w:val="center"/>
      </w:pPr>
      <w:r>
        <w:rPr>
          <w:b/>
          <w:sz w:val="26"/>
        </w:rPr>
        <w:t>ДЕКЛАРИРАМ,</w:t>
      </w:r>
    </w:p>
    <w:p w:rsidR="00164067" w:rsidRDefault="0075260E">
      <w:pPr>
        <w:spacing w:after="40"/>
      </w:pPr>
      <w:r>
        <w:t>че като родител/настойник/попечител/лице, което полага грижи на/за</w:t>
      </w:r>
    </w:p>
    <w:p w:rsidR="00164067" w:rsidRDefault="0075260E">
      <w:pPr>
        <w:spacing w:after="40"/>
      </w:pPr>
      <w:r>
        <w:t>.........................................................................................................</w:t>
      </w:r>
    </w:p>
    <w:p w:rsidR="00164067" w:rsidRDefault="0075260E">
      <w:pPr>
        <w:spacing w:after="120"/>
      </w:pPr>
      <w:r>
        <w:rPr>
          <w:i/>
          <w:sz w:val="20"/>
        </w:rPr>
        <w:t>(име</w:t>
      </w:r>
      <w:r>
        <w:rPr>
          <w:i/>
          <w:sz w:val="20"/>
        </w:rPr>
        <w:t>, презиме, фамилия на детето)</w:t>
      </w:r>
    </w:p>
    <w:p w:rsidR="00164067" w:rsidRDefault="0075260E">
      <w:pPr>
        <w:spacing w:after="280"/>
      </w:pPr>
      <w:r>
        <w:t>от ........................................ група на Детска градина „Веселка “ село Ивайло, с ИГ с. Сарая, съм:</w:t>
      </w:r>
    </w:p>
    <w:p w:rsidR="00164067" w:rsidRDefault="0075260E">
      <w:pPr>
        <w:ind w:left="432"/>
      </w:pPr>
      <w:r>
        <w:rPr>
          <w:sz w:val="26"/>
        </w:rPr>
        <w:t>☐</w:t>
      </w:r>
      <w:r>
        <w:rPr>
          <w:sz w:val="26"/>
        </w:rPr>
        <w:t xml:space="preserve">  </w:t>
      </w:r>
      <w:r>
        <w:rPr>
          <w:b/>
        </w:rPr>
        <w:t xml:space="preserve">съгласен / не съм съгласен </w:t>
      </w:r>
      <w:r>
        <w:rPr>
          <w:i/>
        </w:rPr>
        <w:t xml:space="preserve">(излишното се зачертава) </w:t>
      </w:r>
      <w:r>
        <w:t>детето ми да бъде снимано във видео - или фотоформат по вре</w:t>
      </w:r>
      <w:r>
        <w:t>ме на дейности и прояви на Детска градина „Веселка” с. Ивайло;</w:t>
      </w:r>
    </w:p>
    <w:p w:rsidR="00164067" w:rsidRDefault="0075260E">
      <w:pPr>
        <w:spacing w:after="120"/>
        <w:ind w:left="432"/>
      </w:pPr>
      <w:r>
        <w:rPr>
          <w:sz w:val="26"/>
        </w:rPr>
        <w:t>☐</w:t>
      </w:r>
      <w:r>
        <w:rPr>
          <w:sz w:val="26"/>
        </w:rPr>
        <w:t xml:space="preserve">  </w:t>
      </w:r>
      <w:r>
        <w:rPr>
          <w:b/>
        </w:rPr>
        <w:t xml:space="preserve">съм съгласен / не съм съгласен </w:t>
      </w:r>
      <w:r>
        <w:rPr>
          <w:i/>
        </w:rPr>
        <w:t xml:space="preserve">(излишното се зачертава) </w:t>
      </w:r>
      <w:r>
        <w:t xml:space="preserve">снимки и видео записи на детето ми да бъдат публикувани в </w:t>
      </w:r>
      <w:r>
        <w:rPr>
          <w:i/>
        </w:rPr>
        <w:t>(моля, отбележете с X):</w:t>
      </w:r>
    </w:p>
    <w:p w:rsidR="00164067" w:rsidRDefault="0075260E">
      <w:pPr>
        <w:spacing w:after="80"/>
        <w:ind w:left="1008"/>
      </w:pPr>
      <w:r>
        <w:t>☐</w:t>
      </w:r>
      <w:r>
        <w:t xml:space="preserve">  </w:t>
      </w:r>
      <w:r>
        <w:t>официалният сайт на детската градина;</w:t>
      </w:r>
    </w:p>
    <w:p w:rsidR="00164067" w:rsidRDefault="0075260E">
      <w:pPr>
        <w:spacing w:after="80"/>
        <w:ind w:left="1008"/>
      </w:pPr>
      <w:r>
        <w:t>☐</w:t>
      </w:r>
      <w:r>
        <w:t xml:space="preserve">  </w:t>
      </w:r>
      <w:r>
        <w:t xml:space="preserve">фейсбук </w:t>
      </w:r>
      <w:r>
        <w:t>страницата на детската градина;</w:t>
      </w:r>
    </w:p>
    <w:p w:rsidR="00164067" w:rsidRDefault="0075260E">
      <w:pPr>
        <w:spacing w:after="80"/>
        <w:ind w:left="1008"/>
      </w:pPr>
      <w:r>
        <w:t>☐</w:t>
      </w:r>
      <w:r>
        <w:t xml:space="preserve">  </w:t>
      </w:r>
      <w:r>
        <w:t>лични фейсбук профили на родители и служители;</w:t>
      </w:r>
    </w:p>
    <w:p w:rsidR="00164067" w:rsidRDefault="0075260E">
      <w:pPr>
        <w:spacing w:after="80"/>
        <w:ind w:left="1008"/>
      </w:pPr>
      <w:r>
        <w:t>☐</w:t>
      </w:r>
      <w:r>
        <w:t xml:space="preserve">  </w:t>
      </w:r>
      <w:r>
        <w:t>медии;</w:t>
      </w:r>
    </w:p>
    <w:p w:rsidR="00164067" w:rsidRDefault="0075260E">
      <w:pPr>
        <w:spacing w:after="80"/>
        <w:ind w:left="1008"/>
      </w:pPr>
      <w:proofErr w:type="gramStart"/>
      <w:r>
        <w:t>☐</w:t>
      </w:r>
      <w:r>
        <w:t xml:space="preserve">  </w:t>
      </w:r>
      <w:proofErr w:type="spellStart"/>
      <w:r>
        <w:t>печатни</w:t>
      </w:r>
      <w:proofErr w:type="spellEnd"/>
      <w:proofErr w:type="gramEnd"/>
      <w:r>
        <w:t xml:space="preserve"> и </w:t>
      </w:r>
      <w:proofErr w:type="spellStart"/>
      <w:r>
        <w:t>видео</w:t>
      </w:r>
      <w:proofErr w:type="spellEnd"/>
      <w:r>
        <w:t xml:space="preserve"> материали, свързани с дейността на детската градина;</w:t>
      </w:r>
    </w:p>
    <w:p w:rsidR="00164067" w:rsidRDefault="0075260E" w:rsidP="008908E3">
      <w:pPr>
        <w:spacing w:before="240" w:after="0"/>
      </w:pPr>
      <w:proofErr w:type="spellStart"/>
      <w:r>
        <w:t>Уведомен</w:t>
      </w:r>
      <w:proofErr w:type="spellEnd"/>
      <w:r>
        <w:t>/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съм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в ДГ „Веселка”, с. Ивайло с ИГ, с. Сарая има постоянно видео наблюдение </w:t>
      </w:r>
      <w:r>
        <w:t xml:space="preserve">в занималните и изразявам моето съгласие / несъгласие </w:t>
      </w:r>
      <w:r>
        <w:rPr>
          <w:i/>
        </w:rPr>
        <w:t>(излишното се зачертава).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752"/>
      </w:tblGrid>
      <w:tr w:rsidR="00164067">
        <w:tc>
          <w:tcPr>
            <w:tcW w:w="4608" w:type="dxa"/>
          </w:tcPr>
          <w:p w:rsidR="008908E3" w:rsidRDefault="008908E3" w:rsidP="008908E3">
            <w:pPr>
              <w:spacing w:after="0"/>
            </w:pPr>
          </w:p>
          <w:p w:rsidR="00164067" w:rsidRDefault="0075260E" w:rsidP="008908E3">
            <w:pPr>
              <w:spacing w:after="0"/>
            </w:pPr>
            <w:proofErr w:type="spellStart"/>
            <w:r>
              <w:t>Дата</w:t>
            </w:r>
            <w:proofErr w:type="spellEnd"/>
            <w:r>
              <w:t>: .................... г.</w:t>
            </w:r>
          </w:p>
        </w:tc>
        <w:tc>
          <w:tcPr>
            <w:tcW w:w="4752" w:type="dxa"/>
          </w:tcPr>
          <w:p w:rsidR="008908E3" w:rsidRDefault="008908E3" w:rsidP="008908E3">
            <w:pPr>
              <w:spacing w:after="0"/>
              <w:jc w:val="right"/>
            </w:pPr>
          </w:p>
          <w:p w:rsidR="008908E3" w:rsidRDefault="0075260E" w:rsidP="008908E3">
            <w:pPr>
              <w:spacing w:after="0"/>
              <w:jc w:val="right"/>
            </w:pPr>
            <w:proofErr w:type="spellStart"/>
            <w:r>
              <w:t>Декларатор</w:t>
            </w:r>
            <w:proofErr w:type="spellEnd"/>
            <w:r>
              <w:t xml:space="preserve">: </w:t>
            </w:r>
            <w:r w:rsidR="008908E3">
              <w:t>...............................</w:t>
            </w:r>
          </w:p>
          <w:p w:rsidR="00164067" w:rsidRDefault="0075260E" w:rsidP="008908E3">
            <w:pPr>
              <w:spacing w:after="0"/>
              <w:jc w:val="right"/>
            </w:pP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име</w:t>
            </w:r>
            <w:proofErr w:type="spellEnd"/>
            <w:r>
              <w:rPr>
                <w:i/>
                <w:sz w:val="20"/>
              </w:rPr>
              <w:t xml:space="preserve">, </w:t>
            </w:r>
            <w:proofErr w:type="spellStart"/>
            <w:r>
              <w:rPr>
                <w:i/>
                <w:sz w:val="20"/>
              </w:rPr>
              <w:t>фамилия</w:t>
            </w:r>
            <w:proofErr w:type="spellEnd"/>
            <w:r>
              <w:rPr>
                <w:i/>
                <w:sz w:val="20"/>
              </w:rPr>
              <w:t xml:space="preserve"> и </w:t>
            </w:r>
            <w:proofErr w:type="spellStart"/>
            <w:r>
              <w:rPr>
                <w:i/>
                <w:sz w:val="20"/>
              </w:rPr>
              <w:t>подпис</w:t>
            </w:r>
            <w:proofErr w:type="spellEnd"/>
            <w:r>
              <w:rPr>
                <w:i/>
                <w:sz w:val="20"/>
              </w:rPr>
              <w:t>)</w:t>
            </w:r>
          </w:p>
        </w:tc>
      </w:tr>
    </w:tbl>
    <w:p w:rsidR="0075260E" w:rsidRDefault="0075260E" w:rsidP="008908E3">
      <w:bookmarkStart w:id="0" w:name="_GoBack"/>
      <w:bookmarkEnd w:id="0"/>
    </w:p>
    <w:sectPr w:rsidR="0075260E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60E" w:rsidRDefault="0075260E" w:rsidP="008908E3">
      <w:pPr>
        <w:spacing w:after="0" w:line="240" w:lineRule="auto"/>
      </w:pPr>
      <w:r>
        <w:separator/>
      </w:r>
    </w:p>
  </w:endnote>
  <w:endnote w:type="continuationSeparator" w:id="0">
    <w:p w:rsidR="0075260E" w:rsidRDefault="0075260E" w:rsidP="00890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60E" w:rsidRDefault="0075260E" w:rsidP="008908E3">
      <w:pPr>
        <w:spacing w:after="0" w:line="240" w:lineRule="auto"/>
      </w:pPr>
      <w:r>
        <w:separator/>
      </w:r>
    </w:p>
  </w:footnote>
  <w:footnote w:type="continuationSeparator" w:id="0">
    <w:p w:rsidR="0075260E" w:rsidRDefault="0075260E" w:rsidP="00890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8E3" w:rsidRPr="008908E3" w:rsidRDefault="008908E3" w:rsidP="008908E3">
    <w:pPr>
      <w:spacing w:after="0" w:line="240" w:lineRule="auto"/>
      <w:jc w:val="center"/>
      <w:rPr>
        <w:rFonts w:ascii="Arial" w:eastAsia="Times New Roman" w:hAnsi="Arial" w:cs="Times New Roman"/>
        <w:bCs/>
        <w:kern w:val="2"/>
        <w:sz w:val="20"/>
        <w:szCs w:val="20"/>
        <w:shd w:val="clear" w:color="auto" w:fill="FFFFFF"/>
        <w:lang w:val="bg-BG" w:eastAsia="bg-BG"/>
      </w:rPr>
    </w:pPr>
    <w:bookmarkStart w:id="1" w:name="_Hlk179901773"/>
    <w:r w:rsidRPr="008908E3">
      <w:rPr>
        <w:rFonts w:eastAsia="Times New Roman" w:cs="Times New Roman"/>
        <w:noProof/>
        <w:color w:val="auto"/>
        <w:kern w:val="2"/>
        <w:sz w:val="20"/>
        <w:szCs w:val="20"/>
        <w:lang w:val="bg-BG" w:eastAsia="bg-BG"/>
      </w:rPr>
      <w:drawing>
        <wp:inline distT="0" distB="0" distL="0" distR="0" wp14:anchorId="1487B0A8" wp14:editId="3490CF29">
          <wp:extent cx="1127760" cy="716280"/>
          <wp:effectExtent l="0" t="0" r="0" b="7620"/>
          <wp:docPr id="1" name="Картина 1" descr="изтеглен фай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изтеглен файл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908E3" w:rsidRPr="008908E3" w:rsidRDefault="008908E3" w:rsidP="008908E3">
    <w:pPr>
      <w:spacing w:after="0" w:line="240" w:lineRule="auto"/>
      <w:jc w:val="center"/>
      <w:rPr>
        <w:rFonts w:eastAsia="Times New Roman" w:cs="Times New Roman"/>
        <w:bCs/>
        <w:color w:val="auto"/>
        <w:kern w:val="2"/>
        <w:sz w:val="20"/>
        <w:szCs w:val="20"/>
        <w:lang w:val="bg-BG" w:eastAsia="bg-BG"/>
      </w:rPr>
    </w:pPr>
    <w:r w:rsidRPr="008908E3">
      <w:rPr>
        <w:rFonts w:eastAsia="Times New Roman" w:cs="Times New Roman"/>
        <w:bCs/>
        <w:color w:val="auto"/>
        <w:kern w:val="2"/>
        <w:sz w:val="20"/>
        <w:szCs w:val="20"/>
        <w:lang w:val="bg-BG" w:eastAsia="bg-BG"/>
      </w:rPr>
      <w:t>ДГ “ВЕСЕЛКА”, с. Ивайло, С ИГ с. Сарая, адрес: с. Ивайло, ул. “25” №3,</w:t>
    </w:r>
  </w:p>
  <w:p w:rsidR="008908E3" w:rsidRPr="008908E3" w:rsidRDefault="008908E3" w:rsidP="008908E3">
    <w:pPr>
      <w:pBdr>
        <w:bottom w:val="single" w:sz="6" w:space="1" w:color="auto"/>
      </w:pBdr>
      <w:spacing w:after="0" w:line="240" w:lineRule="auto"/>
      <w:jc w:val="center"/>
      <w:rPr>
        <w:rFonts w:eastAsia="Times New Roman" w:cs="Times New Roman"/>
        <w:bCs/>
        <w:color w:val="auto"/>
        <w:kern w:val="2"/>
        <w:sz w:val="20"/>
        <w:szCs w:val="20"/>
        <w:lang w:eastAsia="bg-BG"/>
      </w:rPr>
    </w:pPr>
    <w:r w:rsidRPr="008908E3">
      <w:rPr>
        <w:rFonts w:eastAsia="Times New Roman" w:cs="Times New Roman"/>
        <w:bCs/>
        <w:color w:val="auto"/>
        <w:kern w:val="2"/>
        <w:sz w:val="20"/>
        <w:szCs w:val="20"/>
        <w:lang w:val="bg-BG" w:eastAsia="bg-BG"/>
      </w:rPr>
      <w:t>ТЕЛ: 08</w:t>
    </w:r>
    <w:r w:rsidRPr="008908E3">
      <w:rPr>
        <w:rFonts w:eastAsia="Times New Roman" w:cs="Times New Roman"/>
        <w:bCs/>
        <w:color w:val="auto"/>
        <w:kern w:val="2"/>
        <w:sz w:val="20"/>
        <w:szCs w:val="20"/>
        <w:lang w:eastAsia="bg-BG"/>
      </w:rPr>
      <w:t>89720171</w:t>
    </w:r>
    <w:r w:rsidRPr="008908E3">
      <w:rPr>
        <w:rFonts w:eastAsia="Times New Roman" w:cs="Times New Roman"/>
        <w:bCs/>
        <w:color w:val="auto"/>
        <w:kern w:val="2"/>
        <w:sz w:val="20"/>
        <w:szCs w:val="20"/>
        <w:lang w:val="bg-BG" w:eastAsia="bg-BG"/>
      </w:rPr>
      <w:t>;</w:t>
    </w:r>
    <w:r w:rsidRPr="008908E3">
      <w:rPr>
        <w:rFonts w:eastAsia="Times New Roman" w:cs="Times New Roman"/>
        <w:bCs/>
        <w:color w:val="auto"/>
        <w:kern w:val="2"/>
        <w:sz w:val="20"/>
        <w:szCs w:val="20"/>
        <w:lang w:eastAsia="bg-BG"/>
      </w:rPr>
      <w:t xml:space="preserve"> e</w:t>
    </w:r>
    <w:r w:rsidRPr="008908E3">
      <w:rPr>
        <w:rFonts w:eastAsia="Times New Roman" w:cs="Times New Roman"/>
        <w:bCs/>
        <w:color w:val="auto"/>
        <w:kern w:val="2"/>
        <w:sz w:val="20"/>
        <w:szCs w:val="20"/>
        <w:lang w:val="ru-RU" w:eastAsia="bg-BG"/>
      </w:rPr>
      <w:t>-</w:t>
    </w:r>
    <w:r w:rsidRPr="008908E3">
      <w:rPr>
        <w:rFonts w:eastAsia="Times New Roman" w:cs="Times New Roman"/>
        <w:bCs/>
        <w:color w:val="auto"/>
        <w:kern w:val="2"/>
        <w:sz w:val="20"/>
        <w:szCs w:val="20"/>
        <w:lang w:eastAsia="bg-BG"/>
      </w:rPr>
      <w:t>mail</w:t>
    </w:r>
    <w:r w:rsidRPr="008908E3">
      <w:rPr>
        <w:rFonts w:eastAsia="Times New Roman" w:cs="Times New Roman"/>
        <w:bCs/>
        <w:color w:val="auto"/>
        <w:kern w:val="2"/>
        <w:sz w:val="20"/>
        <w:szCs w:val="20"/>
        <w:lang w:val="ru-RU" w:eastAsia="bg-BG"/>
      </w:rPr>
      <w:t>:</w:t>
    </w:r>
    <w:r w:rsidRPr="008908E3">
      <w:rPr>
        <w:rFonts w:eastAsia="Times New Roman" w:cs="Times New Roman"/>
        <w:bCs/>
        <w:color w:val="auto"/>
        <w:kern w:val="2"/>
        <w:sz w:val="20"/>
        <w:szCs w:val="20"/>
        <w:lang w:eastAsia="bg-BG"/>
      </w:rPr>
      <w:t xml:space="preserve"> 1300123@edu.mon.bg</w:t>
    </w:r>
  </w:p>
  <w:bookmarkEnd w:id="1"/>
  <w:p w:rsidR="008908E3" w:rsidRPr="008908E3" w:rsidRDefault="008908E3" w:rsidP="008908E3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  <w:color w:val="auto"/>
        <w:sz w:val="22"/>
        <w:lang w:val="bg-BG"/>
      </w:rPr>
    </w:pPr>
  </w:p>
  <w:p w:rsidR="008908E3" w:rsidRDefault="008908E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64067"/>
    <w:rsid w:val="0029639D"/>
    <w:rsid w:val="00326F90"/>
    <w:rsid w:val="0075260E"/>
    <w:rsid w:val="008908E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B7C10B"/>
  <w14:defaultImageDpi w14:val="300"/>
  <w15:docId w15:val="{8C4F110C-01D4-43A2-AD4D-83CEADE29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AFE9CA-0BF1-45BC-BD49-E5067D983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2026-09-11T11:47:00Z</dcterms:created>
  <dcterms:modified xsi:type="dcterms:W3CDTF">2026-09-11T11:47:00Z</dcterms:modified>
  <cp:category/>
</cp:coreProperties>
</file>