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BB6" w:rsidRPr="004910AA" w:rsidRDefault="00936572">
      <w:pPr>
        <w:spacing w:before="360" w:after="480" w:line="288" w:lineRule="auto"/>
        <w:jc w:val="right"/>
        <w:rPr>
          <w:szCs w:val="24"/>
          <w:lang w:val="bg-BG"/>
        </w:rPr>
      </w:pPr>
      <w:proofErr w:type="spellStart"/>
      <w:r w:rsidRPr="00295D62">
        <w:rPr>
          <w:b/>
          <w:szCs w:val="24"/>
        </w:rPr>
        <w:t>До</w:t>
      </w:r>
      <w:proofErr w:type="spellEnd"/>
      <w:r w:rsidRPr="00295D62">
        <w:rPr>
          <w:b/>
          <w:szCs w:val="24"/>
        </w:rPr>
        <w:t xml:space="preserve"> </w:t>
      </w:r>
      <w:proofErr w:type="spellStart"/>
      <w:r w:rsidRPr="00295D62">
        <w:rPr>
          <w:b/>
          <w:szCs w:val="24"/>
        </w:rPr>
        <w:t>Директора</w:t>
      </w:r>
      <w:proofErr w:type="spellEnd"/>
      <w:r w:rsidRPr="00295D62">
        <w:rPr>
          <w:b/>
          <w:szCs w:val="24"/>
        </w:rPr>
        <w:t xml:space="preserve"> </w:t>
      </w:r>
      <w:proofErr w:type="spellStart"/>
      <w:r w:rsidRPr="00295D62">
        <w:rPr>
          <w:b/>
          <w:szCs w:val="24"/>
        </w:rPr>
        <w:t>на</w:t>
      </w:r>
      <w:proofErr w:type="spellEnd"/>
      <w:r w:rsidRPr="00295D62">
        <w:rPr>
          <w:b/>
          <w:szCs w:val="24"/>
        </w:rPr>
        <w:br/>
        <w:t>ДГ „</w:t>
      </w:r>
      <w:proofErr w:type="spellStart"/>
      <w:r w:rsidRPr="00295D62">
        <w:rPr>
          <w:b/>
          <w:szCs w:val="24"/>
        </w:rPr>
        <w:t>Веселка</w:t>
      </w:r>
      <w:proofErr w:type="spellEnd"/>
      <w:r w:rsidRPr="00295D62">
        <w:rPr>
          <w:b/>
          <w:szCs w:val="24"/>
        </w:rPr>
        <w:t>“</w:t>
      </w:r>
      <w:r w:rsidR="004910AA">
        <w:rPr>
          <w:b/>
          <w:szCs w:val="24"/>
        </w:rPr>
        <w:t xml:space="preserve"> </w:t>
      </w:r>
      <w:proofErr w:type="spellStart"/>
      <w:r w:rsidR="004910AA">
        <w:rPr>
          <w:b/>
          <w:szCs w:val="24"/>
          <w:lang w:val="bg-BG"/>
        </w:rPr>
        <w:t>с.Ивайло</w:t>
      </w:r>
      <w:proofErr w:type="spellEnd"/>
      <w:r w:rsidR="004910AA">
        <w:rPr>
          <w:b/>
          <w:szCs w:val="24"/>
          <w:lang w:val="bg-BG"/>
        </w:rPr>
        <w:t xml:space="preserve"> с </w:t>
      </w:r>
      <w:proofErr w:type="spellStart"/>
      <w:r w:rsidR="004910AA">
        <w:rPr>
          <w:b/>
          <w:szCs w:val="24"/>
          <w:lang w:val="bg-BG"/>
        </w:rPr>
        <w:t>Иг</w:t>
      </w:r>
      <w:proofErr w:type="spellEnd"/>
      <w:r w:rsidR="004910AA">
        <w:rPr>
          <w:b/>
          <w:szCs w:val="24"/>
          <w:lang w:val="bg-BG"/>
        </w:rPr>
        <w:t xml:space="preserve"> с. Сарая</w:t>
      </w:r>
      <w:bookmarkStart w:id="0" w:name="_GoBack"/>
      <w:bookmarkEnd w:id="0"/>
    </w:p>
    <w:p w:rsidR="00EF1BB6" w:rsidRPr="00295D62" w:rsidRDefault="00936572">
      <w:pPr>
        <w:spacing w:before="240" w:after="480"/>
        <w:jc w:val="center"/>
        <w:rPr>
          <w:sz w:val="28"/>
          <w:szCs w:val="28"/>
        </w:rPr>
      </w:pPr>
      <w:r w:rsidRPr="00295D62">
        <w:rPr>
          <w:b/>
          <w:sz w:val="28"/>
          <w:szCs w:val="28"/>
        </w:rPr>
        <w:t>Д Е К Л А Р А Ц И Я</w:t>
      </w:r>
    </w:p>
    <w:p w:rsidR="00EF1BB6" w:rsidRPr="00295D62" w:rsidRDefault="00936572">
      <w:pPr>
        <w:spacing w:after="280" w:line="312" w:lineRule="auto"/>
        <w:rPr>
          <w:sz w:val="28"/>
          <w:szCs w:val="28"/>
        </w:rPr>
      </w:pPr>
      <w:r w:rsidRPr="00295D62">
        <w:rPr>
          <w:sz w:val="28"/>
          <w:szCs w:val="28"/>
        </w:rPr>
        <w:t>Долуподписаният/та/ .......................................................</w:t>
      </w:r>
      <w:r w:rsidR="00295D62">
        <w:rPr>
          <w:sz w:val="28"/>
          <w:szCs w:val="28"/>
          <w:lang w:val="bg-BG"/>
        </w:rPr>
        <w:t>................</w:t>
      </w:r>
      <w:r w:rsidRPr="00295D62">
        <w:rPr>
          <w:sz w:val="28"/>
          <w:szCs w:val="28"/>
        </w:rPr>
        <w:t>,</w:t>
      </w:r>
      <w:r w:rsidRPr="00295D62">
        <w:rPr>
          <w:sz w:val="28"/>
          <w:szCs w:val="28"/>
        </w:rPr>
        <w:br/>
        <w:t>родител/настойник/ на ..................................................</w:t>
      </w:r>
      <w:r w:rsidR="00295D62">
        <w:rPr>
          <w:sz w:val="28"/>
          <w:szCs w:val="28"/>
          <w:lang w:val="bg-BG"/>
        </w:rPr>
        <w:t>.................</w:t>
      </w:r>
      <w:r w:rsidRPr="00295D62">
        <w:rPr>
          <w:sz w:val="28"/>
          <w:szCs w:val="28"/>
        </w:rPr>
        <w:t>,</w:t>
      </w:r>
      <w:r w:rsidRPr="00295D62">
        <w:rPr>
          <w:sz w:val="28"/>
          <w:szCs w:val="28"/>
        </w:rPr>
        <w:br/>
        <w:t>от група .........................</w:t>
      </w:r>
      <w:r w:rsidR="00295D62">
        <w:rPr>
          <w:sz w:val="28"/>
          <w:szCs w:val="28"/>
          <w:lang w:val="bg-BG"/>
        </w:rPr>
        <w:t>...</w:t>
      </w:r>
      <w:r w:rsidRPr="00295D62">
        <w:rPr>
          <w:sz w:val="28"/>
          <w:szCs w:val="28"/>
        </w:rPr>
        <w:t xml:space="preserve">, </w:t>
      </w:r>
      <w:proofErr w:type="spellStart"/>
      <w:r w:rsidRPr="00295D62">
        <w:rPr>
          <w:sz w:val="28"/>
          <w:szCs w:val="28"/>
        </w:rPr>
        <w:t>декларирам</w:t>
      </w:r>
      <w:proofErr w:type="spellEnd"/>
      <w:r w:rsidRPr="00295D62">
        <w:rPr>
          <w:sz w:val="28"/>
          <w:szCs w:val="28"/>
        </w:rPr>
        <w:t xml:space="preserve"> </w:t>
      </w:r>
      <w:proofErr w:type="spellStart"/>
      <w:r w:rsidRPr="00295D62">
        <w:rPr>
          <w:sz w:val="28"/>
          <w:szCs w:val="28"/>
        </w:rPr>
        <w:t>съгласието</w:t>
      </w:r>
      <w:proofErr w:type="spellEnd"/>
      <w:r w:rsidRPr="00295D62">
        <w:rPr>
          <w:sz w:val="28"/>
          <w:szCs w:val="28"/>
        </w:rPr>
        <w:t xml:space="preserve"> </w:t>
      </w:r>
      <w:proofErr w:type="spellStart"/>
      <w:r w:rsidRPr="00295D62">
        <w:rPr>
          <w:sz w:val="28"/>
          <w:szCs w:val="28"/>
        </w:rPr>
        <w:t>си</w:t>
      </w:r>
      <w:proofErr w:type="spellEnd"/>
      <w:r w:rsidRPr="00295D62">
        <w:rPr>
          <w:sz w:val="28"/>
          <w:szCs w:val="28"/>
        </w:rPr>
        <w:t xml:space="preserve">, </w:t>
      </w:r>
      <w:proofErr w:type="spellStart"/>
      <w:r w:rsidRPr="00295D62">
        <w:rPr>
          <w:sz w:val="28"/>
          <w:szCs w:val="28"/>
        </w:rPr>
        <w:t>детето</w:t>
      </w:r>
      <w:proofErr w:type="spellEnd"/>
      <w:r w:rsidRPr="00295D62">
        <w:rPr>
          <w:sz w:val="28"/>
          <w:szCs w:val="28"/>
        </w:rPr>
        <w:t xml:space="preserve"> </w:t>
      </w:r>
      <w:proofErr w:type="spellStart"/>
      <w:r w:rsidRPr="00295D62">
        <w:rPr>
          <w:sz w:val="28"/>
          <w:szCs w:val="28"/>
        </w:rPr>
        <w:t>ми</w:t>
      </w:r>
      <w:proofErr w:type="spellEnd"/>
      <w:r w:rsidRPr="00295D62">
        <w:rPr>
          <w:sz w:val="28"/>
          <w:szCs w:val="28"/>
        </w:rPr>
        <w:t xml:space="preserve"> </w:t>
      </w:r>
      <w:proofErr w:type="spellStart"/>
      <w:r w:rsidRPr="00295D62">
        <w:rPr>
          <w:sz w:val="28"/>
          <w:szCs w:val="28"/>
        </w:rPr>
        <w:t>да</w:t>
      </w:r>
      <w:proofErr w:type="spellEnd"/>
      <w:r w:rsidRPr="00295D62">
        <w:rPr>
          <w:sz w:val="28"/>
          <w:szCs w:val="28"/>
        </w:rPr>
        <w:t xml:space="preserve"> </w:t>
      </w:r>
      <w:proofErr w:type="spellStart"/>
      <w:r w:rsidRPr="00295D62">
        <w:rPr>
          <w:sz w:val="28"/>
          <w:szCs w:val="28"/>
        </w:rPr>
        <w:t>б</w:t>
      </w:r>
      <w:r w:rsidR="00295D62" w:rsidRPr="00295D62">
        <w:rPr>
          <w:sz w:val="28"/>
          <w:szCs w:val="28"/>
        </w:rPr>
        <w:t>ъде</w:t>
      </w:r>
      <w:proofErr w:type="spellEnd"/>
      <w:r w:rsidR="00295D62" w:rsidRPr="00295D62">
        <w:rPr>
          <w:sz w:val="28"/>
          <w:szCs w:val="28"/>
        </w:rPr>
        <w:t xml:space="preserve"> </w:t>
      </w:r>
      <w:proofErr w:type="spellStart"/>
      <w:r w:rsidR="00295D62" w:rsidRPr="00295D62">
        <w:rPr>
          <w:sz w:val="28"/>
          <w:szCs w:val="28"/>
        </w:rPr>
        <w:t>водено</w:t>
      </w:r>
      <w:proofErr w:type="spellEnd"/>
      <w:r w:rsidR="00295D62" w:rsidRPr="00295D62">
        <w:rPr>
          <w:sz w:val="28"/>
          <w:szCs w:val="28"/>
        </w:rPr>
        <w:t xml:space="preserve"> и/</w:t>
      </w:r>
      <w:proofErr w:type="spellStart"/>
      <w:r w:rsidR="00295D62" w:rsidRPr="00295D62">
        <w:rPr>
          <w:sz w:val="28"/>
          <w:szCs w:val="28"/>
        </w:rPr>
        <w:t>или</w:t>
      </w:r>
      <w:proofErr w:type="spellEnd"/>
      <w:r w:rsidR="00295D62" w:rsidRPr="00295D62">
        <w:rPr>
          <w:sz w:val="28"/>
          <w:szCs w:val="28"/>
        </w:rPr>
        <w:t xml:space="preserve"> </w:t>
      </w:r>
      <w:proofErr w:type="spellStart"/>
      <w:r w:rsidR="00295D62" w:rsidRPr="00295D62">
        <w:rPr>
          <w:sz w:val="28"/>
          <w:szCs w:val="28"/>
        </w:rPr>
        <w:t>забирано</w:t>
      </w:r>
      <w:proofErr w:type="spellEnd"/>
      <w:r w:rsidR="00295D62" w:rsidRPr="00295D62">
        <w:rPr>
          <w:sz w:val="28"/>
          <w:szCs w:val="28"/>
        </w:rPr>
        <w:t xml:space="preserve"> В и </w:t>
      </w:r>
      <w:r w:rsidR="00295D62" w:rsidRPr="00295D62">
        <w:rPr>
          <w:sz w:val="28"/>
          <w:szCs w:val="28"/>
          <w:lang w:val="bg-BG"/>
        </w:rPr>
        <w:t xml:space="preserve">ОТ </w:t>
      </w:r>
      <w:r w:rsidRPr="00295D62">
        <w:rPr>
          <w:sz w:val="28"/>
          <w:szCs w:val="28"/>
        </w:rPr>
        <w:t xml:space="preserve"> </w:t>
      </w:r>
      <w:proofErr w:type="spellStart"/>
      <w:r w:rsidRPr="00295D62">
        <w:rPr>
          <w:sz w:val="28"/>
          <w:szCs w:val="28"/>
        </w:rPr>
        <w:t>детската</w:t>
      </w:r>
      <w:proofErr w:type="spellEnd"/>
      <w:r w:rsidRPr="00295D62">
        <w:rPr>
          <w:sz w:val="28"/>
          <w:szCs w:val="28"/>
        </w:rPr>
        <w:t xml:space="preserve"> </w:t>
      </w:r>
      <w:proofErr w:type="spellStart"/>
      <w:r w:rsidRPr="00295D62">
        <w:rPr>
          <w:sz w:val="28"/>
          <w:szCs w:val="28"/>
        </w:rPr>
        <w:t>градина</w:t>
      </w:r>
      <w:proofErr w:type="spellEnd"/>
      <w:r w:rsidRPr="00295D62">
        <w:rPr>
          <w:sz w:val="28"/>
          <w:szCs w:val="28"/>
        </w:rPr>
        <w:t xml:space="preserve">, </w:t>
      </w:r>
      <w:proofErr w:type="spellStart"/>
      <w:r w:rsidRPr="00295D62">
        <w:rPr>
          <w:sz w:val="28"/>
          <w:szCs w:val="28"/>
        </w:rPr>
        <w:t>от</w:t>
      </w:r>
      <w:proofErr w:type="spellEnd"/>
      <w:r w:rsidRPr="00295D62">
        <w:rPr>
          <w:sz w:val="28"/>
          <w:szCs w:val="28"/>
        </w:rPr>
        <w:t xml:space="preserve"> </w:t>
      </w:r>
      <w:proofErr w:type="spellStart"/>
      <w:r w:rsidRPr="00295D62">
        <w:rPr>
          <w:sz w:val="28"/>
          <w:szCs w:val="28"/>
        </w:rPr>
        <w:t>посочените</w:t>
      </w:r>
      <w:proofErr w:type="spellEnd"/>
      <w:r w:rsidRPr="00295D62">
        <w:rPr>
          <w:sz w:val="28"/>
          <w:szCs w:val="28"/>
        </w:rPr>
        <w:t xml:space="preserve"> </w:t>
      </w:r>
      <w:proofErr w:type="spellStart"/>
      <w:r w:rsidRPr="00295D62">
        <w:rPr>
          <w:sz w:val="28"/>
          <w:szCs w:val="28"/>
        </w:rPr>
        <w:t>по</w:t>
      </w:r>
      <w:proofErr w:type="spellEnd"/>
      <w:r w:rsidRPr="00295D62">
        <w:rPr>
          <w:sz w:val="28"/>
          <w:szCs w:val="28"/>
        </w:rPr>
        <w:t xml:space="preserve"> – </w:t>
      </w:r>
      <w:proofErr w:type="spellStart"/>
      <w:r w:rsidRPr="00295D62">
        <w:rPr>
          <w:sz w:val="28"/>
          <w:szCs w:val="28"/>
        </w:rPr>
        <w:t>долу</w:t>
      </w:r>
      <w:proofErr w:type="spellEnd"/>
      <w:r w:rsidRPr="00295D62">
        <w:rPr>
          <w:sz w:val="28"/>
          <w:szCs w:val="28"/>
        </w:rPr>
        <w:t xml:space="preserve"> </w:t>
      </w:r>
      <w:proofErr w:type="spellStart"/>
      <w:r w:rsidRPr="00295D62">
        <w:rPr>
          <w:sz w:val="28"/>
          <w:szCs w:val="28"/>
        </w:rPr>
        <w:t>от</w:t>
      </w:r>
      <w:proofErr w:type="spellEnd"/>
      <w:r w:rsidRPr="00295D62">
        <w:rPr>
          <w:sz w:val="28"/>
          <w:szCs w:val="28"/>
        </w:rPr>
        <w:t xml:space="preserve"> </w:t>
      </w:r>
      <w:proofErr w:type="spellStart"/>
      <w:r w:rsidRPr="00295D62">
        <w:rPr>
          <w:sz w:val="28"/>
          <w:szCs w:val="28"/>
        </w:rPr>
        <w:t>мен</w:t>
      </w:r>
      <w:proofErr w:type="spellEnd"/>
      <w:r w:rsidRPr="00295D62">
        <w:rPr>
          <w:sz w:val="28"/>
          <w:szCs w:val="28"/>
        </w:rPr>
        <w:t xml:space="preserve"> </w:t>
      </w:r>
      <w:proofErr w:type="spellStart"/>
      <w:r w:rsidRPr="00295D62">
        <w:rPr>
          <w:sz w:val="28"/>
          <w:szCs w:val="28"/>
        </w:rPr>
        <w:t>лица</w:t>
      </w:r>
      <w:proofErr w:type="spellEnd"/>
      <w:r w:rsidRPr="00295D62">
        <w:rPr>
          <w:sz w:val="28"/>
          <w:szCs w:val="28"/>
        </w:rPr>
        <w:t>:</w:t>
      </w:r>
    </w:p>
    <w:p w:rsidR="00EF1BB6" w:rsidRPr="00295D62" w:rsidRDefault="00936572">
      <w:pPr>
        <w:spacing w:after="160" w:line="288" w:lineRule="auto"/>
        <w:rPr>
          <w:sz w:val="28"/>
          <w:szCs w:val="28"/>
        </w:rPr>
      </w:pPr>
      <w:r w:rsidRPr="00295D62">
        <w:rPr>
          <w:sz w:val="28"/>
          <w:szCs w:val="28"/>
        </w:rPr>
        <w:t>1. ...........................................................................</w:t>
      </w:r>
    </w:p>
    <w:p w:rsidR="00EF1BB6" w:rsidRPr="00295D62" w:rsidRDefault="00936572">
      <w:pPr>
        <w:spacing w:after="160" w:line="288" w:lineRule="auto"/>
        <w:rPr>
          <w:sz w:val="28"/>
          <w:szCs w:val="28"/>
        </w:rPr>
      </w:pPr>
      <w:r w:rsidRPr="00295D62">
        <w:rPr>
          <w:sz w:val="28"/>
          <w:szCs w:val="28"/>
        </w:rPr>
        <w:t>2. ...........................................................................</w:t>
      </w:r>
    </w:p>
    <w:p w:rsidR="00EF1BB6" w:rsidRPr="00295D62" w:rsidRDefault="00936572">
      <w:pPr>
        <w:spacing w:after="160" w:line="288" w:lineRule="auto"/>
        <w:rPr>
          <w:sz w:val="28"/>
          <w:szCs w:val="28"/>
        </w:rPr>
      </w:pPr>
      <w:r w:rsidRPr="00295D62">
        <w:rPr>
          <w:sz w:val="28"/>
          <w:szCs w:val="28"/>
        </w:rPr>
        <w:t>3. ...........................................................................</w:t>
      </w:r>
    </w:p>
    <w:p w:rsidR="00EF1BB6" w:rsidRPr="00295D62" w:rsidRDefault="00936572">
      <w:pPr>
        <w:spacing w:before="280" w:after="800" w:line="300" w:lineRule="auto"/>
        <w:rPr>
          <w:sz w:val="28"/>
          <w:szCs w:val="28"/>
        </w:rPr>
      </w:pPr>
      <w:r w:rsidRPr="00295D62">
        <w:rPr>
          <w:sz w:val="28"/>
          <w:szCs w:val="28"/>
        </w:rPr>
        <w:t>Горепосоченото/ните лице/а, предварително ще бъдат представени на педагогическите кадри, които отговарят за детето ми, по време на престоя му в детската градина.</w:t>
      </w:r>
    </w:p>
    <w:p w:rsidR="00295D62" w:rsidRDefault="00295D62">
      <w:pPr>
        <w:spacing w:before="480"/>
      </w:pPr>
    </w:p>
    <w:p w:rsidR="00295D62" w:rsidRDefault="00295D62">
      <w:pPr>
        <w:spacing w:before="480"/>
      </w:pPr>
    </w:p>
    <w:p w:rsidR="00295D62" w:rsidRDefault="00295D62">
      <w:pPr>
        <w:spacing w:before="480"/>
      </w:pPr>
    </w:p>
    <w:p w:rsidR="00EF1BB6" w:rsidRPr="00774FFF" w:rsidRDefault="00936572">
      <w:pPr>
        <w:spacing w:before="480"/>
        <w:rPr>
          <w:lang w:val="bg-BG"/>
        </w:rPr>
      </w:pPr>
      <w:proofErr w:type="spellStart"/>
      <w:r>
        <w:t>Дата</w:t>
      </w:r>
      <w:proofErr w:type="spellEnd"/>
      <w:r>
        <w:t>: ....................</w:t>
      </w:r>
      <w:r w:rsidR="00774FFF">
        <w:rPr>
          <w:lang w:val="bg-BG"/>
        </w:rPr>
        <w:t xml:space="preserve">                                                                            Декларатор:   ………………</w:t>
      </w:r>
    </w:p>
    <w:sectPr w:rsidR="00EF1BB6" w:rsidRPr="00774FFF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777" w:rsidRDefault="00836777" w:rsidP="00295D62">
      <w:pPr>
        <w:spacing w:after="0" w:line="240" w:lineRule="auto"/>
      </w:pPr>
      <w:r>
        <w:separator/>
      </w:r>
    </w:p>
  </w:endnote>
  <w:endnote w:type="continuationSeparator" w:id="0">
    <w:p w:rsidR="00836777" w:rsidRDefault="00836777" w:rsidP="0029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777" w:rsidRDefault="00836777" w:rsidP="00295D62">
      <w:pPr>
        <w:spacing w:after="0" w:line="240" w:lineRule="auto"/>
      </w:pPr>
      <w:r>
        <w:separator/>
      </w:r>
    </w:p>
  </w:footnote>
  <w:footnote w:type="continuationSeparator" w:id="0">
    <w:p w:rsidR="00836777" w:rsidRDefault="00836777" w:rsidP="00295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D62" w:rsidRPr="00295D62" w:rsidRDefault="00295D62" w:rsidP="00295D62">
    <w:pPr>
      <w:spacing w:after="0" w:line="240" w:lineRule="auto"/>
      <w:jc w:val="center"/>
      <w:rPr>
        <w:rFonts w:ascii="Arial" w:eastAsia="Times New Roman" w:hAnsi="Arial" w:cs="Times New Roman"/>
        <w:bCs/>
        <w:kern w:val="2"/>
        <w:sz w:val="20"/>
        <w:szCs w:val="20"/>
        <w:shd w:val="clear" w:color="auto" w:fill="FFFFFF"/>
        <w:lang w:val="bg-BG" w:eastAsia="bg-BG"/>
      </w:rPr>
    </w:pPr>
    <w:bookmarkStart w:id="1" w:name="_Hlk179901773"/>
    <w:r w:rsidRPr="00295D62">
      <w:rPr>
        <w:rFonts w:eastAsia="Times New Roman" w:cs="Times New Roman"/>
        <w:noProof/>
        <w:color w:val="auto"/>
        <w:kern w:val="2"/>
        <w:sz w:val="20"/>
        <w:szCs w:val="20"/>
        <w:lang w:val="bg-BG" w:eastAsia="bg-BG"/>
      </w:rPr>
      <w:drawing>
        <wp:inline distT="0" distB="0" distL="0" distR="0" wp14:anchorId="3A589B55" wp14:editId="79856C42">
          <wp:extent cx="1127760" cy="716280"/>
          <wp:effectExtent l="0" t="0" r="0" b="7620"/>
          <wp:docPr id="1" name="Картина 1" descr="изтеглен фай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изтеглен файл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95D62" w:rsidRPr="00295D62" w:rsidRDefault="00295D62" w:rsidP="00295D62">
    <w:pPr>
      <w:spacing w:after="0" w:line="240" w:lineRule="auto"/>
      <w:jc w:val="center"/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</w:pPr>
    <w:r w:rsidRPr="00295D62"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  <w:t>ДГ “ВЕСЕЛКА”, с. Ивайло, С ИГ с. Сарая, адрес: с. Ивайло, ул. “25” №3,</w:t>
    </w:r>
  </w:p>
  <w:p w:rsidR="00295D62" w:rsidRPr="00295D62" w:rsidRDefault="00295D62" w:rsidP="00295D62">
    <w:pPr>
      <w:pBdr>
        <w:bottom w:val="single" w:sz="6" w:space="1" w:color="auto"/>
      </w:pBdr>
      <w:spacing w:after="0" w:line="240" w:lineRule="auto"/>
      <w:jc w:val="center"/>
      <w:rPr>
        <w:rFonts w:eastAsia="Times New Roman" w:cs="Times New Roman"/>
        <w:bCs/>
        <w:color w:val="auto"/>
        <w:kern w:val="2"/>
        <w:sz w:val="20"/>
        <w:szCs w:val="20"/>
        <w:lang w:eastAsia="bg-BG"/>
      </w:rPr>
    </w:pPr>
    <w:r w:rsidRPr="00295D62"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  <w:t>ТЕЛ: 08</w:t>
    </w:r>
    <w:r w:rsidRPr="00295D62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>89720171</w:t>
    </w:r>
    <w:r w:rsidRPr="00295D62"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  <w:t>;</w:t>
    </w:r>
    <w:r w:rsidRPr="00295D62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 xml:space="preserve"> e</w:t>
    </w:r>
    <w:r w:rsidRPr="00295D62">
      <w:rPr>
        <w:rFonts w:eastAsia="Times New Roman" w:cs="Times New Roman"/>
        <w:bCs/>
        <w:color w:val="auto"/>
        <w:kern w:val="2"/>
        <w:sz w:val="20"/>
        <w:szCs w:val="20"/>
        <w:lang w:val="ru-RU" w:eastAsia="bg-BG"/>
      </w:rPr>
      <w:t>-</w:t>
    </w:r>
    <w:r w:rsidRPr="00295D62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>mail</w:t>
    </w:r>
    <w:r w:rsidRPr="00295D62">
      <w:rPr>
        <w:rFonts w:eastAsia="Times New Roman" w:cs="Times New Roman"/>
        <w:bCs/>
        <w:color w:val="auto"/>
        <w:kern w:val="2"/>
        <w:sz w:val="20"/>
        <w:szCs w:val="20"/>
        <w:lang w:val="ru-RU" w:eastAsia="bg-BG"/>
      </w:rPr>
      <w:t>:</w:t>
    </w:r>
    <w:r w:rsidRPr="00295D62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 xml:space="preserve"> 1300123@edu.mon.bg</w:t>
    </w:r>
  </w:p>
  <w:bookmarkEnd w:id="1"/>
  <w:p w:rsidR="00295D62" w:rsidRPr="00295D62" w:rsidRDefault="00295D62" w:rsidP="00295D62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  <w:color w:val="auto"/>
        <w:sz w:val="22"/>
        <w:lang w:val="bg-BG"/>
      </w:rPr>
    </w:pPr>
  </w:p>
  <w:p w:rsidR="00295D62" w:rsidRDefault="00295D6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5D62"/>
    <w:rsid w:val="0029639D"/>
    <w:rsid w:val="00326F90"/>
    <w:rsid w:val="004910AA"/>
    <w:rsid w:val="00774FFF"/>
    <w:rsid w:val="00836777"/>
    <w:rsid w:val="00936572"/>
    <w:rsid w:val="00AA1D8D"/>
    <w:rsid w:val="00B47730"/>
    <w:rsid w:val="00CB0664"/>
    <w:rsid w:val="00EF1B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6AB3E3"/>
  <w14:defaultImageDpi w14:val="300"/>
  <w15:docId w15:val="{EF544E54-8436-4608-AED5-17AE01CC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774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774FF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9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3DB0FE-8BAE-4EE5-85D2-A3068F74D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cp:lastPrinted>2026-09-10T13:57:00Z</cp:lastPrinted>
  <dcterms:created xsi:type="dcterms:W3CDTF">2026-09-10T13:57:00Z</dcterms:created>
  <dcterms:modified xsi:type="dcterms:W3CDTF">2026-09-11T09:16:00Z</dcterms:modified>
  <cp:category/>
</cp:coreProperties>
</file>