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97E" w:rsidRDefault="00060648" w:rsidP="009A2A66">
      <w:pPr>
        <w:spacing w:after="40"/>
      </w:pPr>
      <w:proofErr w:type="spellStart"/>
      <w:r>
        <w:t>До</w:t>
      </w:r>
      <w:proofErr w:type="spellEnd"/>
      <w:r>
        <w:t xml:space="preserve"> </w:t>
      </w:r>
      <w:proofErr w:type="spellStart"/>
      <w:r>
        <w:t>Директора</w:t>
      </w:r>
      <w:proofErr w:type="spellEnd"/>
    </w:p>
    <w:p w:rsidR="009A2A66" w:rsidRDefault="00060648" w:rsidP="009A2A66">
      <w:pPr>
        <w:spacing w:after="40"/>
      </w:pPr>
      <w:proofErr w:type="spellStart"/>
      <w:r>
        <w:t>на</w:t>
      </w:r>
      <w:proofErr w:type="spellEnd"/>
      <w:r>
        <w:t xml:space="preserve"> ДГ „</w:t>
      </w:r>
      <w:proofErr w:type="spellStart"/>
      <w:proofErr w:type="gramStart"/>
      <w:r>
        <w:t>Веселка</w:t>
      </w:r>
      <w:proofErr w:type="spellEnd"/>
      <w:r>
        <w:t>“</w:t>
      </w:r>
      <w:proofErr w:type="gramEnd"/>
      <w:r>
        <w:t>,</w:t>
      </w:r>
    </w:p>
    <w:p w:rsidR="009A2A66" w:rsidRPr="009A2A66" w:rsidRDefault="00060648" w:rsidP="009A2A66">
      <w:pPr>
        <w:spacing w:after="40"/>
      </w:pPr>
      <w:r>
        <w:t xml:space="preserve">с. </w:t>
      </w:r>
      <w:proofErr w:type="spellStart"/>
      <w:r>
        <w:t>Ивайло</w:t>
      </w:r>
      <w:proofErr w:type="spellEnd"/>
      <w:r w:rsidR="009A2A66">
        <w:rPr>
          <w:lang w:val="bg-BG"/>
        </w:rPr>
        <w:t xml:space="preserve"> с ИГ </w:t>
      </w:r>
      <w:proofErr w:type="spellStart"/>
      <w:r w:rsidR="009A2A66">
        <w:rPr>
          <w:lang w:val="bg-BG"/>
        </w:rPr>
        <w:t>с.Сарая</w:t>
      </w:r>
      <w:proofErr w:type="spellEnd"/>
    </w:p>
    <w:p w:rsidR="00CB697E" w:rsidRPr="009A2A66" w:rsidRDefault="00060648" w:rsidP="009A2A66">
      <w:pPr>
        <w:spacing w:before="100" w:beforeAutospacing="1" w:after="0"/>
        <w:jc w:val="center"/>
        <w:rPr>
          <w:szCs w:val="24"/>
          <w:lang w:val="bg-BG"/>
        </w:rPr>
      </w:pPr>
      <w:r w:rsidRPr="009A2A66">
        <w:rPr>
          <w:b/>
          <w:szCs w:val="24"/>
        </w:rPr>
        <w:t>ЗАЯВЛЕНИЕ</w:t>
      </w:r>
    </w:p>
    <w:p w:rsidR="00CB697E" w:rsidRPr="009A2A66" w:rsidRDefault="00060648" w:rsidP="009A2A66">
      <w:pPr>
        <w:tabs>
          <w:tab w:val="right" w:leader="dot" w:pos="8741"/>
        </w:tabs>
        <w:spacing w:before="100" w:beforeAutospacing="1" w:after="0"/>
        <w:rPr>
          <w:szCs w:val="24"/>
        </w:rPr>
      </w:pPr>
      <w:r w:rsidRPr="009A2A66">
        <w:rPr>
          <w:szCs w:val="24"/>
        </w:rPr>
        <w:t xml:space="preserve">От </w:t>
      </w:r>
      <w:r w:rsidRPr="009A2A66">
        <w:rPr>
          <w:szCs w:val="24"/>
        </w:rPr>
        <w:tab/>
      </w:r>
    </w:p>
    <w:p w:rsidR="00CB697E" w:rsidRPr="009A2A66" w:rsidRDefault="00060648" w:rsidP="009A2A66">
      <w:pPr>
        <w:tabs>
          <w:tab w:val="right" w:leader="dot" w:pos="8741"/>
        </w:tabs>
        <w:spacing w:before="100" w:beforeAutospacing="1" w:after="0"/>
        <w:rPr>
          <w:szCs w:val="24"/>
        </w:rPr>
      </w:pPr>
      <w:r w:rsidRPr="009A2A66">
        <w:rPr>
          <w:szCs w:val="24"/>
        </w:rPr>
        <w:t xml:space="preserve">родител на </w:t>
      </w:r>
      <w:r w:rsidRPr="009A2A66">
        <w:rPr>
          <w:szCs w:val="24"/>
        </w:rPr>
        <w:tab/>
      </w:r>
    </w:p>
    <w:p w:rsidR="009A2A66" w:rsidRDefault="00060648" w:rsidP="009A2A66">
      <w:pPr>
        <w:tabs>
          <w:tab w:val="left" w:leader="dot" w:pos="2592"/>
          <w:tab w:val="left" w:leader="dot" w:pos="8453"/>
        </w:tabs>
        <w:spacing w:before="100" w:beforeAutospacing="1" w:after="0"/>
        <w:rPr>
          <w:szCs w:val="24"/>
        </w:rPr>
      </w:pPr>
      <w:proofErr w:type="spellStart"/>
      <w:r w:rsidRPr="009A2A66">
        <w:rPr>
          <w:szCs w:val="24"/>
        </w:rPr>
        <w:t>от</w:t>
      </w:r>
      <w:proofErr w:type="spellEnd"/>
      <w:r w:rsidRPr="009A2A66">
        <w:rPr>
          <w:szCs w:val="24"/>
        </w:rPr>
        <w:t xml:space="preserve"> </w:t>
      </w:r>
      <w:r w:rsidRPr="009A2A66">
        <w:rPr>
          <w:szCs w:val="24"/>
        </w:rPr>
        <w:tab/>
        <w:t xml:space="preserve"> </w:t>
      </w:r>
      <w:proofErr w:type="spellStart"/>
      <w:r w:rsidRPr="009A2A66">
        <w:rPr>
          <w:szCs w:val="24"/>
        </w:rPr>
        <w:t>група</w:t>
      </w:r>
      <w:proofErr w:type="spellEnd"/>
      <w:r w:rsidRPr="009A2A66">
        <w:rPr>
          <w:szCs w:val="24"/>
        </w:rPr>
        <w:t xml:space="preserve"> „</w:t>
      </w:r>
      <w:r w:rsidRPr="009A2A66">
        <w:rPr>
          <w:szCs w:val="24"/>
        </w:rPr>
        <w:tab/>
        <w:t>“</w:t>
      </w:r>
    </w:p>
    <w:p w:rsidR="009A2A66" w:rsidRDefault="009A2A66" w:rsidP="009A2A66">
      <w:pPr>
        <w:tabs>
          <w:tab w:val="left" w:leader="dot" w:pos="2592"/>
          <w:tab w:val="left" w:leader="dot" w:pos="8453"/>
        </w:tabs>
        <w:spacing w:before="100" w:beforeAutospacing="1" w:after="0"/>
        <w:rPr>
          <w:b/>
          <w:szCs w:val="24"/>
        </w:rPr>
      </w:pPr>
    </w:p>
    <w:p w:rsidR="009A2A66" w:rsidRDefault="009A2A66" w:rsidP="009A2A66">
      <w:pPr>
        <w:tabs>
          <w:tab w:val="left" w:leader="dot" w:pos="2592"/>
          <w:tab w:val="left" w:leader="dot" w:pos="8453"/>
        </w:tabs>
        <w:spacing w:before="100" w:beforeAutospacing="1" w:after="0"/>
        <w:rPr>
          <w:b/>
          <w:szCs w:val="24"/>
        </w:rPr>
      </w:pPr>
      <w:r w:rsidRPr="009A2A66">
        <w:rPr>
          <w:b/>
          <w:szCs w:val="24"/>
        </w:rPr>
        <w:t>УВАЖАЕМА ГОСПОЖО/ГОСПОДИН ДИРЕКТОР,</w:t>
      </w:r>
    </w:p>
    <w:p w:rsidR="009A2A66" w:rsidRPr="009A2A66" w:rsidRDefault="009A2A66" w:rsidP="009A2A66">
      <w:pPr>
        <w:tabs>
          <w:tab w:val="left" w:leader="dot" w:pos="2592"/>
          <w:tab w:val="left" w:leader="dot" w:pos="8453"/>
        </w:tabs>
        <w:spacing w:before="100" w:beforeAutospacing="1" w:after="0"/>
        <w:jc w:val="center"/>
        <w:rPr>
          <w:szCs w:val="24"/>
        </w:rPr>
      </w:pPr>
      <w:proofErr w:type="spellStart"/>
      <w:r>
        <w:rPr>
          <w:szCs w:val="24"/>
          <w:lang w:val="ru-RU"/>
        </w:rPr>
        <w:t>З</w:t>
      </w:r>
      <w:r w:rsidRPr="009A2A66">
        <w:rPr>
          <w:szCs w:val="24"/>
          <w:lang w:val="ru-RU"/>
        </w:rPr>
        <w:t>аявявам</w:t>
      </w:r>
      <w:proofErr w:type="spellEnd"/>
      <w:r w:rsidRPr="009A2A66">
        <w:rPr>
          <w:szCs w:val="24"/>
          <w:lang w:val="ru-RU"/>
        </w:rPr>
        <w:t xml:space="preserve"> </w:t>
      </w:r>
      <w:proofErr w:type="spellStart"/>
      <w:r w:rsidRPr="009A2A66">
        <w:rPr>
          <w:szCs w:val="24"/>
          <w:lang w:val="ru-RU"/>
        </w:rPr>
        <w:t>желанието</w:t>
      </w:r>
      <w:proofErr w:type="spellEnd"/>
      <w:r w:rsidRPr="009A2A66">
        <w:rPr>
          <w:szCs w:val="24"/>
          <w:lang w:val="ru-RU"/>
        </w:rPr>
        <w:t xml:space="preserve"> си </w:t>
      </w:r>
      <w:proofErr w:type="spellStart"/>
      <w:r w:rsidRPr="009A2A66">
        <w:rPr>
          <w:szCs w:val="24"/>
          <w:lang w:val="ru-RU"/>
        </w:rPr>
        <w:t>детето</w:t>
      </w:r>
      <w:proofErr w:type="spellEnd"/>
      <w:r w:rsidRPr="009A2A66">
        <w:rPr>
          <w:szCs w:val="24"/>
          <w:lang w:val="ru-RU"/>
        </w:rPr>
        <w:t xml:space="preserve"> ми</w:t>
      </w:r>
    </w:p>
    <w:p w:rsidR="009A2A66" w:rsidRPr="009A2A66" w:rsidRDefault="009A2A66" w:rsidP="009A2A66">
      <w:pPr>
        <w:pStyle w:val="af"/>
        <w:spacing w:before="100" w:beforeAutospacing="1" w:after="0"/>
        <w:jc w:val="center"/>
        <w:rPr>
          <w:szCs w:val="24"/>
          <w:lang w:val="bg-BG"/>
        </w:rPr>
      </w:pPr>
      <w:r w:rsidRPr="009A2A66">
        <w:rPr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"/>
            </w:textInput>
          </w:ffData>
        </w:fldChar>
      </w:r>
      <w:r w:rsidRPr="009A2A66">
        <w:rPr>
          <w:szCs w:val="24"/>
        </w:rPr>
        <w:instrText xml:space="preserve"> FORMTEXT </w:instrText>
      </w:r>
      <w:r w:rsidRPr="009A2A66">
        <w:rPr>
          <w:szCs w:val="24"/>
        </w:rPr>
      </w:r>
      <w:r w:rsidRPr="009A2A66">
        <w:rPr>
          <w:szCs w:val="24"/>
        </w:rPr>
        <w:fldChar w:fldCharType="separate"/>
      </w:r>
      <w:r w:rsidRPr="009A2A66">
        <w:rPr>
          <w:noProof/>
          <w:szCs w:val="24"/>
        </w:rPr>
        <w:t>....................................................................................</w:t>
      </w:r>
      <w:r w:rsidRPr="009A2A66">
        <w:rPr>
          <w:szCs w:val="24"/>
        </w:rPr>
        <w:fldChar w:fldCharType="end"/>
      </w:r>
      <w:r w:rsidRPr="009A2A66">
        <w:rPr>
          <w:szCs w:val="24"/>
        </w:rPr>
        <w:t>.............................................................</w:t>
      </w:r>
    </w:p>
    <w:p w:rsidR="009A2A66" w:rsidRPr="009A2A66" w:rsidRDefault="009A2A66" w:rsidP="009A2A66">
      <w:pPr>
        <w:pStyle w:val="af"/>
        <w:jc w:val="center"/>
        <w:rPr>
          <w:szCs w:val="24"/>
        </w:rPr>
      </w:pPr>
      <w:r w:rsidRPr="009A2A66">
        <w:rPr>
          <w:szCs w:val="24"/>
        </w:rPr>
        <w:t>(</w:t>
      </w:r>
      <w:proofErr w:type="spellStart"/>
      <w:r w:rsidRPr="009A2A66">
        <w:rPr>
          <w:i/>
          <w:szCs w:val="24"/>
          <w:lang w:val="ru-RU"/>
        </w:rPr>
        <w:t>посочват</w:t>
      </w:r>
      <w:proofErr w:type="spellEnd"/>
      <w:r w:rsidRPr="009A2A66">
        <w:rPr>
          <w:i/>
          <w:szCs w:val="24"/>
          <w:lang w:val="ru-RU"/>
        </w:rPr>
        <w:t xml:space="preserve"> се трите имена на </w:t>
      </w:r>
      <w:proofErr w:type="spellStart"/>
      <w:proofErr w:type="gramStart"/>
      <w:r w:rsidRPr="009A2A66">
        <w:rPr>
          <w:i/>
          <w:szCs w:val="24"/>
          <w:lang w:val="ru-RU"/>
        </w:rPr>
        <w:t>детето</w:t>
      </w:r>
      <w:proofErr w:type="spellEnd"/>
      <w:r w:rsidRPr="009A2A66">
        <w:rPr>
          <w:i/>
          <w:szCs w:val="24"/>
          <w:lang w:val="ru-RU"/>
        </w:rPr>
        <w:t xml:space="preserve"> </w:t>
      </w:r>
      <w:r w:rsidRPr="009A2A66">
        <w:rPr>
          <w:i/>
          <w:szCs w:val="24"/>
        </w:rPr>
        <w:t>)</w:t>
      </w:r>
      <w:proofErr w:type="gramEnd"/>
    </w:p>
    <w:p w:rsidR="009A2A66" w:rsidRDefault="009A2A66" w:rsidP="009A2A66">
      <w:pPr>
        <w:pStyle w:val="af"/>
        <w:jc w:val="center"/>
        <w:rPr>
          <w:szCs w:val="24"/>
          <w:lang w:val="ru-RU"/>
        </w:rPr>
      </w:pPr>
    </w:p>
    <w:p w:rsidR="009A2A66" w:rsidRPr="009A2A66" w:rsidRDefault="009A2A66" w:rsidP="009A2A66">
      <w:pPr>
        <w:pStyle w:val="af"/>
        <w:jc w:val="center"/>
        <w:rPr>
          <w:szCs w:val="24"/>
          <w:lang w:val="ru-RU"/>
        </w:rPr>
      </w:pPr>
      <w:proofErr w:type="spellStart"/>
      <w:r w:rsidRPr="009A2A66">
        <w:rPr>
          <w:szCs w:val="24"/>
          <w:lang w:val="ru-RU"/>
        </w:rPr>
        <w:t>посещаващо</w:t>
      </w:r>
      <w:proofErr w:type="spellEnd"/>
      <w:r w:rsidRPr="009A2A66">
        <w:rPr>
          <w:szCs w:val="24"/>
          <w:lang w:val="ru-RU"/>
        </w:rPr>
        <w:t xml:space="preserve"> ………</w:t>
      </w:r>
      <w:proofErr w:type="gramStart"/>
      <w:r w:rsidRPr="009A2A66">
        <w:rPr>
          <w:szCs w:val="24"/>
          <w:lang w:val="ru-RU"/>
        </w:rPr>
        <w:t>…….</w:t>
      </w:r>
      <w:proofErr w:type="gram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възрастова</w:t>
      </w:r>
      <w:proofErr w:type="spellEnd"/>
      <w:r w:rsidRPr="009A2A66">
        <w:rPr>
          <w:szCs w:val="24"/>
          <w:lang w:val="ru-RU"/>
        </w:rPr>
        <w:t xml:space="preserve"> </w:t>
      </w:r>
      <w:proofErr w:type="spellStart"/>
      <w:r w:rsidRPr="009A2A66">
        <w:rPr>
          <w:szCs w:val="24"/>
          <w:lang w:val="ru-RU"/>
        </w:rPr>
        <w:t>група</w:t>
      </w:r>
      <w:proofErr w:type="spellEnd"/>
      <w:r w:rsidRPr="009A2A66">
        <w:rPr>
          <w:szCs w:val="24"/>
          <w:lang w:val="ru-RU"/>
        </w:rPr>
        <w:t xml:space="preserve"> …………………….. в </w:t>
      </w:r>
      <w:proofErr w:type="spellStart"/>
      <w:r w:rsidRPr="009A2A66">
        <w:rPr>
          <w:szCs w:val="24"/>
          <w:lang w:val="ru-RU"/>
        </w:rPr>
        <w:t>повер</w:t>
      </w:r>
      <w:r w:rsidRPr="009A2A66">
        <w:rPr>
          <w:szCs w:val="24"/>
        </w:rPr>
        <w:t>ената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Ви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детска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градина</w:t>
      </w:r>
      <w:proofErr w:type="spellEnd"/>
      <w:r w:rsidRPr="009A2A66">
        <w:rPr>
          <w:szCs w:val="24"/>
          <w:lang w:val="ru-RU"/>
        </w:rPr>
        <w:t xml:space="preserve"> да </w:t>
      </w:r>
      <w:proofErr w:type="spellStart"/>
      <w:r w:rsidRPr="009A2A66">
        <w:rPr>
          <w:szCs w:val="24"/>
          <w:lang w:val="ru-RU"/>
        </w:rPr>
        <w:t>отсъства</w:t>
      </w:r>
      <w:proofErr w:type="spellEnd"/>
      <w:r w:rsidRPr="009A2A66">
        <w:rPr>
          <w:szCs w:val="24"/>
          <w:lang w:val="ru-RU"/>
        </w:rPr>
        <w:t xml:space="preserve"> за периода от …………………до ………………</w:t>
      </w:r>
    </w:p>
    <w:p w:rsidR="009A2A66" w:rsidRPr="009A2A66" w:rsidRDefault="009A2A66" w:rsidP="009A2A66">
      <w:pPr>
        <w:pStyle w:val="af"/>
        <w:rPr>
          <w:szCs w:val="24"/>
          <w:lang w:val="ru-RU"/>
        </w:rPr>
      </w:pPr>
      <w:r w:rsidRPr="009A2A66">
        <w:rPr>
          <w:szCs w:val="24"/>
          <w:lang w:val="ru-RU"/>
        </w:rPr>
        <w:t xml:space="preserve">по </w:t>
      </w:r>
      <w:proofErr w:type="spellStart"/>
      <w:r w:rsidRPr="009A2A66">
        <w:rPr>
          <w:szCs w:val="24"/>
          <w:lang w:val="ru-RU"/>
        </w:rPr>
        <w:t>семейни</w:t>
      </w:r>
      <w:proofErr w:type="spellEnd"/>
      <w:r w:rsidRPr="009A2A66">
        <w:rPr>
          <w:szCs w:val="24"/>
          <w:lang w:val="ru-RU"/>
        </w:rPr>
        <w:t xml:space="preserve"> причини.</w:t>
      </w:r>
    </w:p>
    <w:p w:rsidR="009A2A66" w:rsidRPr="009A2A66" w:rsidRDefault="009A2A66" w:rsidP="009A2A66">
      <w:pPr>
        <w:pStyle w:val="af"/>
        <w:rPr>
          <w:szCs w:val="24"/>
          <w:lang w:val="ru-RU"/>
        </w:rPr>
      </w:pPr>
      <w:proofErr w:type="spellStart"/>
      <w:r w:rsidRPr="009A2A66">
        <w:rPr>
          <w:b/>
          <w:szCs w:val="24"/>
          <w:lang w:val="ru-RU"/>
        </w:rPr>
        <w:t>Запознат</w:t>
      </w:r>
      <w:proofErr w:type="spellEnd"/>
      <w:r w:rsidRPr="009A2A66">
        <w:rPr>
          <w:b/>
          <w:szCs w:val="24"/>
          <w:lang w:val="ru-RU"/>
        </w:rPr>
        <w:t xml:space="preserve"> </w:t>
      </w:r>
      <w:proofErr w:type="spellStart"/>
      <w:r w:rsidRPr="009A2A66">
        <w:rPr>
          <w:b/>
          <w:szCs w:val="24"/>
          <w:lang w:val="ru-RU"/>
        </w:rPr>
        <w:t>съм</w:t>
      </w:r>
      <w:proofErr w:type="spellEnd"/>
      <w:r w:rsidRPr="009A2A66">
        <w:rPr>
          <w:b/>
          <w:szCs w:val="24"/>
          <w:lang w:val="ru-RU"/>
        </w:rPr>
        <w:t xml:space="preserve"> с</w:t>
      </w:r>
      <w:r w:rsidRPr="009A2A66">
        <w:rPr>
          <w:szCs w:val="24"/>
          <w:lang w:val="ru-RU"/>
        </w:rPr>
        <w:t>:</w:t>
      </w:r>
    </w:p>
    <w:p w:rsidR="009A2A66" w:rsidRPr="009A2A66" w:rsidRDefault="009A2A66" w:rsidP="009A2A66">
      <w:pPr>
        <w:pStyle w:val="af"/>
        <w:rPr>
          <w:szCs w:val="24"/>
          <w:lang w:val="ru-RU"/>
        </w:rPr>
      </w:pPr>
      <w:proofErr w:type="spellStart"/>
      <w:r w:rsidRPr="009A2A66">
        <w:rPr>
          <w:szCs w:val="24"/>
          <w:lang w:val="ru-RU"/>
        </w:rPr>
        <w:t>реда</w:t>
      </w:r>
      <w:proofErr w:type="spellEnd"/>
      <w:r w:rsidRPr="009A2A66">
        <w:rPr>
          <w:szCs w:val="24"/>
          <w:lang w:val="ru-RU"/>
        </w:rPr>
        <w:t xml:space="preserve"> и </w:t>
      </w:r>
      <w:proofErr w:type="spellStart"/>
      <w:r w:rsidRPr="009A2A66">
        <w:rPr>
          <w:szCs w:val="24"/>
          <w:lang w:val="ru-RU"/>
        </w:rPr>
        <w:t>условията</w:t>
      </w:r>
      <w:proofErr w:type="spellEnd"/>
      <w:r w:rsidRPr="009A2A66">
        <w:rPr>
          <w:szCs w:val="24"/>
          <w:lang w:val="ru-RU"/>
        </w:rPr>
        <w:t xml:space="preserve"> </w:t>
      </w:r>
      <w:proofErr w:type="gramStart"/>
      <w:r w:rsidRPr="009A2A66">
        <w:rPr>
          <w:szCs w:val="24"/>
          <w:lang w:val="ru-RU"/>
        </w:rPr>
        <w:t xml:space="preserve">за  </w:t>
      </w:r>
      <w:proofErr w:type="spellStart"/>
      <w:r w:rsidRPr="009A2A66">
        <w:rPr>
          <w:szCs w:val="24"/>
          <w:lang w:val="ru-RU"/>
        </w:rPr>
        <w:t>организацията</w:t>
      </w:r>
      <w:proofErr w:type="spellEnd"/>
      <w:proofErr w:type="gramEnd"/>
      <w:r w:rsidRPr="009A2A66">
        <w:rPr>
          <w:szCs w:val="24"/>
          <w:lang w:val="ru-RU"/>
        </w:rPr>
        <w:t xml:space="preserve"> на </w:t>
      </w:r>
      <w:proofErr w:type="spellStart"/>
      <w:r w:rsidRPr="009A2A66">
        <w:rPr>
          <w:szCs w:val="24"/>
          <w:lang w:val="ru-RU"/>
        </w:rPr>
        <w:t>предучилищно</w:t>
      </w:r>
      <w:proofErr w:type="spellEnd"/>
      <w:r w:rsidRPr="009A2A66">
        <w:rPr>
          <w:szCs w:val="24"/>
          <w:lang w:val="ru-RU"/>
        </w:rPr>
        <w:t xml:space="preserve"> образование в </w:t>
      </w:r>
      <w:proofErr w:type="spellStart"/>
      <w:r w:rsidRPr="009A2A66">
        <w:rPr>
          <w:szCs w:val="24"/>
        </w:rPr>
        <w:t>детска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градина</w:t>
      </w:r>
      <w:proofErr w:type="spellEnd"/>
      <w:r w:rsidRPr="009A2A66">
        <w:rPr>
          <w:szCs w:val="24"/>
          <w:lang w:val="ru-RU"/>
        </w:rPr>
        <w:t xml:space="preserve"> </w:t>
      </w:r>
      <w:r w:rsidRPr="009A2A66">
        <w:rPr>
          <w:szCs w:val="24"/>
        </w:rPr>
        <w:t xml:space="preserve"> „</w:t>
      </w:r>
      <w:r w:rsidRPr="009A2A66">
        <w:rPr>
          <w:szCs w:val="24"/>
          <w:lang w:val="bg-BG"/>
        </w:rPr>
        <w:t>Веселка</w:t>
      </w:r>
      <w:r w:rsidRPr="009A2A66">
        <w:rPr>
          <w:szCs w:val="24"/>
        </w:rPr>
        <w:t xml:space="preserve"> “ </w:t>
      </w:r>
      <w:proofErr w:type="spellStart"/>
      <w:r w:rsidRPr="009A2A66">
        <w:rPr>
          <w:szCs w:val="24"/>
          <w:lang w:val="bg-BG"/>
        </w:rPr>
        <w:t>с.Ивайло</w:t>
      </w:r>
      <w:proofErr w:type="spellEnd"/>
      <w:r w:rsidRPr="009A2A66">
        <w:rPr>
          <w:szCs w:val="24"/>
          <w:lang w:val="bg-BG"/>
        </w:rPr>
        <w:t xml:space="preserve"> с ИГ </w:t>
      </w:r>
      <w:proofErr w:type="spellStart"/>
      <w:r w:rsidRPr="009A2A66">
        <w:rPr>
          <w:szCs w:val="24"/>
          <w:lang w:val="bg-BG"/>
        </w:rPr>
        <w:t>с.Сарая</w:t>
      </w:r>
      <w:proofErr w:type="spellEnd"/>
      <w:r w:rsidRPr="009A2A66">
        <w:rPr>
          <w:szCs w:val="24"/>
          <w:lang w:val="bg-BG"/>
        </w:rPr>
        <w:t xml:space="preserve"> </w:t>
      </w:r>
      <w:r w:rsidRPr="009A2A66">
        <w:rPr>
          <w:szCs w:val="24"/>
          <w:lang w:val="ru-RU"/>
        </w:rPr>
        <w:t xml:space="preserve"> и </w:t>
      </w:r>
      <w:proofErr w:type="spellStart"/>
      <w:r w:rsidRPr="009A2A66">
        <w:rPr>
          <w:szCs w:val="24"/>
          <w:lang w:val="ru-RU"/>
        </w:rPr>
        <w:t>реда</w:t>
      </w:r>
      <w:proofErr w:type="spellEnd"/>
      <w:r w:rsidRPr="009A2A66">
        <w:rPr>
          <w:szCs w:val="24"/>
          <w:lang w:val="ru-RU"/>
        </w:rPr>
        <w:t xml:space="preserve"> и </w:t>
      </w:r>
      <w:proofErr w:type="spellStart"/>
      <w:r w:rsidRPr="009A2A66">
        <w:rPr>
          <w:szCs w:val="24"/>
          <w:lang w:val="ru-RU"/>
        </w:rPr>
        <w:t>условията</w:t>
      </w:r>
      <w:proofErr w:type="spellEnd"/>
      <w:r w:rsidRPr="009A2A66">
        <w:rPr>
          <w:szCs w:val="24"/>
          <w:lang w:val="ru-RU"/>
        </w:rPr>
        <w:t xml:space="preserve"> за </w:t>
      </w:r>
      <w:proofErr w:type="spellStart"/>
      <w:r w:rsidRPr="009A2A66">
        <w:rPr>
          <w:szCs w:val="24"/>
          <w:lang w:val="ru-RU"/>
        </w:rPr>
        <w:t>отсъствие</w:t>
      </w:r>
      <w:proofErr w:type="spellEnd"/>
      <w:r w:rsidRPr="009A2A66">
        <w:rPr>
          <w:szCs w:val="24"/>
          <w:lang w:val="ru-RU"/>
        </w:rPr>
        <w:t xml:space="preserve"> на </w:t>
      </w:r>
      <w:proofErr w:type="spellStart"/>
      <w:r w:rsidRPr="009A2A66">
        <w:rPr>
          <w:szCs w:val="24"/>
          <w:lang w:val="ru-RU"/>
        </w:rPr>
        <w:t>децата</w:t>
      </w:r>
      <w:proofErr w:type="spellEnd"/>
      <w:r w:rsidRPr="009A2A66">
        <w:rPr>
          <w:szCs w:val="24"/>
          <w:lang w:val="ru-RU"/>
        </w:rPr>
        <w:t xml:space="preserve"> </w:t>
      </w:r>
      <w:proofErr w:type="spellStart"/>
      <w:r w:rsidRPr="009A2A66">
        <w:rPr>
          <w:szCs w:val="24"/>
          <w:lang w:val="ru-RU"/>
        </w:rPr>
        <w:t>през</w:t>
      </w:r>
      <w:proofErr w:type="spellEnd"/>
      <w:r w:rsidRPr="009A2A66">
        <w:rPr>
          <w:szCs w:val="24"/>
          <w:lang w:val="ru-RU"/>
        </w:rPr>
        <w:t xml:space="preserve"> </w:t>
      </w:r>
      <w:proofErr w:type="spellStart"/>
      <w:r w:rsidRPr="009A2A66">
        <w:rPr>
          <w:szCs w:val="24"/>
          <w:lang w:val="ru-RU"/>
        </w:rPr>
        <w:t>учебно</w:t>
      </w:r>
      <w:proofErr w:type="spellEnd"/>
      <w:r w:rsidRPr="009A2A66">
        <w:rPr>
          <w:szCs w:val="24"/>
          <w:lang w:val="ru-RU"/>
        </w:rPr>
        <w:t xml:space="preserve"> </w:t>
      </w:r>
      <w:proofErr w:type="spellStart"/>
      <w:r w:rsidRPr="009A2A66">
        <w:rPr>
          <w:szCs w:val="24"/>
          <w:lang w:val="ru-RU"/>
        </w:rPr>
        <w:t>време</w:t>
      </w:r>
      <w:proofErr w:type="spellEnd"/>
      <w:r w:rsidRPr="009A2A66">
        <w:rPr>
          <w:szCs w:val="24"/>
          <w:lang w:val="ru-RU"/>
        </w:rPr>
        <w:t>.</w:t>
      </w:r>
    </w:p>
    <w:p w:rsidR="009A2A66" w:rsidRPr="009A2A66" w:rsidRDefault="009A2A66" w:rsidP="009A2A66">
      <w:pPr>
        <w:pStyle w:val="af"/>
        <w:rPr>
          <w:szCs w:val="24"/>
        </w:rPr>
      </w:pPr>
      <w:r w:rsidRPr="009A2A66">
        <w:rPr>
          <w:szCs w:val="24"/>
          <w:lang w:val="ru-RU"/>
        </w:rPr>
        <w:t xml:space="preserve"> </w:t>
      </w:r>
    </w:p>
    <w:p w:rsidR="009A2A66" w:rsidRPr="009A2A66" w:rsidRDefault="009A2A66" w:rsidP="009A2A66">
      <w:pPr>
        <w:pStyle w:val="af"/>
        <w:rPr>
          <w:szCs w:val="24"/>
          <w:lang w:val="bg-BG"/>
        </w:rPr>
      </w:pPr>
      <w:proofErr w:type="spellStart"/>
      <w:r w:rsidRPr="009A2A66">
        <w:rPr>
          <w:szCs w:val="24"/>
        </w:rPr>
        <w:t>Известно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ми</w:t>
      </w:r>
      <w:proofErr w:type="spellEnd"/>
      <w:r w:rsidRPr="009A2A66">
        <w:rPr>
          <w:szCs w:val="24"/>
        </w:rPr>
        <w:t xml:space="preserve"> е, </w:t>
      </w:r>
      <w:proofErr w:type="spellStart"/>
      <w:r w:rsidRPr="009A2A66">
        <w:rPr>
          <w:szCs w:val="24"/>
        </w:rPr>
        <w:t>че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децата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от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втора</w:t>
      </w:r>
      <w:proofErr w:type="spellEnd"/>
      <w:r w:rsidRPr="009A2A66">
        <w:rPr>
          <w:szCs w:val="24"/>
        </w:rPr>
        <w:t xml:space="preserve">, </w:t>
      </w:r>
      <w:proofErr w:type="spellStart"/>
      <w:r w:rsidRPr="009A2A66">
        <w:rPr>
          <w:szCs w:val="24"/>
        </w:rPr>
        <w:t>трета</w:t>
      </w:r>
      <w:proofErr w:type="spellEnd"/>
      <w:r w:rsidRPr="009A2A66">
        <w:rPr>
          <w:szCs w:val="24"/>
        </w:rPr>
        <w:t xml:space="preserve"> и </w:t>
      </w:r>
      <w:proofErr w:type="spellStart"/>
      <w:r w:rsidRPr="009A2A66">
        <w:rPr>
          <w:szCs w:val="24"/>
        </w:rPr>
        <w:t>четвърта</w:t>
      </w:r>
      <w:proofErr w:type="spellEnd"/>
      <w:r w:rsidRPr="009A2A66">
        <w:rPr>
          <w:szCs w:val="24"/>
          <w:lang w:val="bg-BG"/>
        </w:rPr>
        <w:t xml:space="preserve"> възрастова</w:t>
      </w:r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група</w:t>
      </w:r>
      <w:proofErr w:type="spellEnd"/>
      <w:r w:rsidRPr="009A2A66">
        <w:rPr>
          <w:szCs w:val="24"/>
        </w:rPr>
        <w:t xml:space="preserve">, е </w:t>
      </w:r>
      <w:proofErr w:type="spellStart"/>
      <w:r w:rsidRPr="009A2A66">
        <w:rPr>
          <w:szCs w:val="24"/>
        </w:rPr>
        <w:t>допустимо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да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отсъстват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по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семейни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причини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през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учебно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време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szCs w:val="24"/>
        </w:rPr>
        <w:t>за</w:t>
      </w:r>
      <w:proofErr w:type="spellEnd"/>
      <w:r w:rsidRPr="009A2A66">
        <w:rPr>
          <w:szCs w:val="24"/>
        </w:rPr>
        <w:t xml:space="preserve"> </w:t>
      </w:r>
      <w:proofErr w:type="spellStart"/>
      <w:r w:rsidRPr="009A2A66">
        <w:rPr>
          <w:b/>
          <w:szCs w:val="24"/>
        </w:rPr>
        <w:t>не</w:t>
      </w:r>
      <w:proofErr w:type="spellEnd"/>
      <w:r w:rsidRPr="009A2A66">
        <w:rPr>
          <w:b/>
          <w:szCs w:val="24"/>
        </w:rPr>
        <w:t xml:space="preserve"> </w:t>
      </w:r>
      <w:proofErr w:type="spellStart"/>
      <w:r w:rsidRPr="009A2A66">
        <w:rPr>
          <w:b/>
          <w:szCs w:val="24"/>
        </w:rPr>
        <w:t>повеч</w:t>
      </w:r>
      <w:proofErr w:type="spellEnd"/>
      <w:r w:rsidRPr="009A2A66">
        <w:rPr>
          <w:b/>
          <w:szCs w:val="24"/>
          <w:lang w:val="bg-BG"/>
        </w:rPr>
        <w:t>е</w:t>
      </w:r>
      <w:r w:rsidRPr="009A2A66">
        <w:rPr>
          <w:b/>
          <w:szCs w:val="24"/>
        </w:rPr>
        <w:t xml:space="preserve"> </w:t>
      </w:r>
      <w:proofErr w:type="spellStart"/>
      <w:r w:rsidRPr="009A2A66">
        <w:rPr>
          <w:b/>
          <w:szCs w:val="24"/>
        </w:rPr>
        <w:t>от</w:t>
      </w:r>
      <w:proofErr w:type="spellEnd"/>
      <w:r w:rsidRPr="009A2A66">
        <w:rPr>
          <w:b/>
          <w:szCs w:val="24"/>
        </w:rPr>
        <w:t xml:space="preserve"> 1</w:t>
      </w:r>
      <w:r w:rsidRPr="009A2A66">
        <w:rPr>
          <w:b/>
          <w:szCs w:val="24"/>
          <w:lang w:val="bg-BG"/>
        </w:rPr>
        <w:t>5</w:t>
      </w:r>
      <w:r w:rsidRPr="009A2A66">
        <w:rPr>
          <w:b/>
          <w:szCs w:val="24"/>
        </w:rPr>
        <w:t xml:space="preserve"> </w:t>
      </w:r>
      <w:proofErr w:type="spellStart"/>
      <w:proofErr w:type="gramStart"/>
      <w:r w:rsidRPr="009A2A66">
        <w:rPr>
          <w:b/>
          <w:szCs w:val="24"/>
        </w:rPr>
        <w:t>дни</w:t>
      </w:r>
      <w:proofErr w:type="spellEnd"/>
      <w:r w:rsidRPr="009A2A66">
        <w:rPr>
          <w:szCs w:val="24"/>
        </w:rPr>
        <w:t xml:space="preserve"> </w:t>
      </w:r>
      <w:r w:rsidRPr="009A2A66">
        <w:rPr>
          <w:szCs w:val="24"/>
          <w:lang w:val="bg-BG"/>
        </w:rPr>
        <w:t>.</w:t>
      </w:r>
      <w:proofErr w:type="gramEnd"/>
    </w:p>
    <w:p w:rsidR="009A2A66" w:rsidRDefault="009A2A66" w:rsidP="009A2A66">
      <w:pPr>
        <w:pStyle w:val="af"/>
        <w:rPr>
          <w:szCs w:val="24"/>
        </w:rPr>
      </w:pPr>
    </w:p>
    <w:p w:rsidR="009A2A66" w:rsidRPr="009A2A66" w:rsidRDefault="009A2A66" w:rsidP="009A2A66">
      <w:pPr>
        <w:pStyle w:val="af"/>
        <w:rPr>
          <w:szCs w:val="24"/>
          <w:lang w:val="bg-BG"/>
        </w:rPr>
      </w:pPr>
      <w:proofErr w:type="spellStart"/>
      <w:r w:rsidRPr="009A2A66">
        <w:rPr>
          <w:szCs w:val="24"/>
        </w:rPr>
        <w:t>Дата</w:t>
      </w:r>
      <w:proofErr w:type="spellEnd"/>
      <w:r w:rsidRPr="009A2A66">
        <w:rPr>
          <w:szCs w:val="24"/>
        </w:rPr>
        <w:t xml:space="preserve">: </w:t>
      </w:r>
      <w:r w:rsidRPr="009A2A66">
        <w:rPr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"/>
            </w:textInput>
          </w:ffData>
        </w:fldChar>
      </w:r>
      <w:r w:rsidRPr="009A2A66">
        <w:rPr>
          <w:szCs w:val="24"/>
        </w:rPr>
        <w:instrText xml:space="preserve"> FORMTEXT </w:instrText>
      </w:r>
      <w:r w:rsidRPr="009A2A66">
        <w:rPr>
          <w:szCs w:val="24"/>
        </w:rPr>
      </w:r>
      <w:r w:rsidRPr="009A2A66">
        <w:rPr>
          <w:szCs w:val="24"/>
        </w:rPr>
        <w:fldChar w:fldCharType="separate"/>
      </w:r>
      <w:r w:rsidRPr="009A2A66">
        <w:rPr>
          <w:noProof/>
          <w:szCs w:val="24"/>
        </w:rPr>
        <w:t>.......................</w:t>
      </w:r>
      <w:r w:rsidRPr="009A2A66">
        <w:rPr>
          <w:szCs w:val="24"/>
        </w:rPr>
        <w:fldChar w:fldCharType="end"/>
      </w:r>
      <w:r>
        <w:rPr>
          <w:szCs w:val="24"/>
          <w:lang w:val="bg-BG"/>
        </w:rPr>
        <w:t xml:space="preserve">                                                     С уважение: ……………..</w:t>
      </w:r>
    </w:p>
    <w:p w:rsidR="009A2A66" w:rsidRPr="009A2A66" w:rsidRDefault="009A2A66" w:rsidP="009A2A66">
      <w:pPr>
        <w:pStyle w:val="af"/>
        <w:rPr>
          <w:szCs w:val="24"/>
          <w:lang w:val="bg-BG"/>
        </w:rPr>
      </w:pPr>
      <w:proofErr w:type="spellStart"/>
      <w:r w:rsidRPr="009A2A66">
        <w:rPr>
          <w:szCs w:val="24"/>
        </w:rPr>
        <w:t>Гр</w:t>
      </w:r>
      <w:proofErr w:type="spellEnd"/>
      <w:r w:rsidRPr="009A2A66">
        <w:rPr>
          <w:szCs w:val="24"/>
        </w:rPr>
        <w:t>.</w:t>
      </w:r>
      <w:r w:rsidRPr="009A2A66">
        <w:rPr>
          <w:szCs w:val="24"/>
          <w:lang w:val="bg-BG"/>
        </w:rPr>
        <w:t>/с. ……………</w:t>
      </w:r>
      <w:r>
        <w:rPr>
          <w:szCs w:val="24"/>
          <w:lang w:val="bg-BG"/>
        </w:rPr>
        <w:t xml:space="preserve">                                                          (</w:t>
      </w:r>
      <w:r w:rsidRPr="009A2A66">
        <w:rPr>
          <w:i/>
          <w:szCs w:val="24"/>
          <w:lang w:val="bg-BG"/>
        </w:rPr>
        <w:t>подпис на родителя</w:t>
      </w:r>
      <w:r>
        <w:rPr>
          <w:szCs w:val="24"/>
          <w:lang w:val="bg-BG"/>
        </w:rPr>
        <w:t>)</w:t>
      </w:r>
    </w:p>
    <w:p w:rsidR="009A2A66" w:rsidRPr="009A2A66" w:rsidRDefault="009A2A66" w:rsidP="009A2A66">
      <w:pPr>
        <w:pStyle w:val="af"/>
        <w:rPr>
          <w:szCs w:val="24"/>
        </w:rPr>
      </w:pPr>
      <w:bookmarkStart w:id="0" w:name="_GoBack"/>
      <w:bookmarkEnd w:id="0"/>
    </w:p>
    <w:sectPr w:rsidR="009A2A66" w:rsidRPr="009A2A66" w:rsidSect="00034616">
      <w:headerReference w:type="default" r:id="rId8"/>
      <w:footerReference w:type="default" r:id="rId9"/>
      <w:pgSz w:w="11909" w:h="16834"/>
      <w:pgMar w:top="1440" w:right="1584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7E2" w:rsidRDefault="007257E2">
      <w:pPr>
        <w:spacing w:after="0" w:line="240" w:lineRule="auto"/>
      </w:pPr>
      <w:r>
        <w:separator/>
      </w:r>
    </w:p>
  </w:endnote>
  <w:endnote w:type="continuationSeparator" w:id="0">
    <w:p w:rsidR="007257E2" w:rsidRDefault="00725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697E" w:rsidRDefault="00CB697E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7E2" w:rsidRDefault="007257E2">
      <w:pPr>
        <w:spacing w:after="0" w:line="240" w:lineRule="auto"/>
      </w:pPr>
      <w:r>
        <w:separator/>
      </w:r>
    </w:p>
  </w:footnote>
  <w:footnote w:type="continuationSeparator" w:id="0">
    <w:p w:rsidR="007257E2" w:rsidRDefault="00725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A66" w:rsidRPr="009A2A66" w:rsidRDefault="009A2A66" w:rsidP="009A2A66">
    <w:pPr>
      <w:spacing w:after="0" w:line="240" w:lineRule="auto"/>
      <w:jc w:val="center"/>
      <w:rPr>
        <w:rFonts w:ascii="Arial" w:eastAsia="Times New Roman" w:hAnsi="Arial" w:cs="Times New Roman"/>
        <w:bCs/>
        <w:kern w:val="2"/>
        <w:sz w:val="20"/>
        <w:szCs w:val="20"/>
        <w:shd w:val="clear" w:color="auto" w:fill="FFFFFF"/>
        <w:lang w:val="bg-BG" w:eastAsia="bg-BG"/>
      </w:rPr>
    </w:pPr>
    <w:bookmarkStart w:id="1" w:name="_Hlk179901773"/>
    <w:r w:rsidRPr="009A2A66">
      <w:rPr>
        <w:rFonts w:eastAsia="Times New Roman" w:cs="Times New Roman"/>
        <w:noProof/>
        <w:color w:val="auto"/>
        <w:kern w:val="2"/>
        <w:sz w:val="20"/>
        <w:szCs w:val="20"/>
        <w:lang w:val="bg-BG" w:eastAsia="bg-BG"/>
      </w:rPr>
      <w:drawing>
        <wp:inline distT="0" distB="0" distL="0" distR="0" wp14:anchorId="4D7B0D16" wp14:editId="04B1E1D5">
          <wp:extent cx="1127760" cy="716280"/>
          <wp:effectExtent l="0" t="0" r="0" b="7620"/>
          <wp:docPr id="2" name="Картина 2" descr="изтеглен файл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изтеглен файл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A2A66" w:rsidRPr="009A2A66" w:rsidRDefault="009A2A66" w:rsidP="009A2A66">
    <w:pPr>
      <w:spacing w:after="0" w:line="240" w:lineRule="auto"/>
      <w:jc w:val="center"/>
      <w:rPr>
        <w:rFonts w:eastAsia="Times New Roman" w:cs="Times New Roman"/>
        <w:bCs/>
        <w:color w:val="auto"/>
        <w:kern w:val="2"/>
        <w:sz w:val="20"/>
        <w:szCs w:val="20"/>
        <w:lang w:val="bg-BG" w:eastAsia="bg-BG"/>
      </w:rPr>
    </w:pPr>
    <w:r w:rsidRPr="009A2A66">
      <w:rPr>
        <w:rFonts w:eastAsia="Times New Roman" w:cs="Times New Roman"/>
        <w:bCs/>
        <w:color w:val="auto"/>
        <w:kern w:val="2"/>
        <w:sz w:val="20"/>
        <w:szCs w:val="20"/>
        <w:lang w:val="bg-BG" w:eastAsia="bg-BG"/>
      </w:rPr>
      <w:t>ДГ “ВЕСЕЛКА”, с. Ивайло, С ИГ с. Сарая, адрес: с. Ивайло, ул. “25” №3,</w:t>
    </w:r>
  </w:p>
  <w:p w:rsidR="009A2A66" w:rsidRPr="009A2A66" w:rsidRDefault="009A2A66" w:rsidP="009A2A66">
    <w:pPr>
      <w:pBdr>
        <w:bottom w:val="single" w:sz="6" w:space="1" w:color="auto"/>
      </w:pBdr>
      <w:spacing w:after="0" w:line="240" w:lineRule="auto"/>
      <w:jc w:val="center"/>
      <w:rPr>
        <w:rFonts w:eastAsia="Times New Roman" w:cs="Times New Roman"/>
        <w:bCs/>
        <w:color w:val="auto"/>
        <w:kern w:val="2"/>
        <w:sz w:val="20"/>
        <w:szCs w:val="20"/>
        <w:lang w:eastAsia="bg-BG"/>
      </w:rPr>
    </w:pPr>
    <w:r w:rsidRPr="009A2A66">
      <w:rPr>
        <w:rFonts w:eastAsia="Times New Roman" w:cs="Times New Roman"/>
        <w:bCs/>
        <w:color w:val="auto"/>
        <w:kern w:val="2"/>
        <w:sz w:val="20"/>
        <w:szCs w:val="20"/>
        <w:lang w:val="bg-BG" w:eastAsia="bg-BG"/>
      </w:rPr>
      <w:t>ТЕЛ: 08</w:t>
    </w:r>
    <w:r w:rsidRPr="009A2A66">
      <w:rPr>
        <w:rFonts w:eastAsia="Times New Roman" w:cs="Times New Roman"/>
        <w:bCs/>
        <w:color w:val="auto"/>
        <w:kern w:val="2"/>
        <w:sz w:val="20"/>
        <w:szCs w:val="20"/>
        <w:lang w:eastAsia="bg-BG"/>
      </w:rPr>
      <w:t>89720171</w:t>
    </w:r>
    <w:r w:rsidRPr="009A2A66">
      <w:rPr>
        <w:rFonts w:eastAsia="Times New Roman" w:cs="Times New Roman"/>
        <w:bCs/>
        <w:color w:val="auto"/>
        <w:kern w:val="2"/>
        <w:sz w:val="20"/>
        <w:szCs w:val="20"/>
        <w:lang w:val="bg-BG" w:eastAsia="bg-BG"/>
      </w:rPr>
      <w:t>;</w:t>
    </w:r>
    <w:r w:rsidRPr="009A2A66">
      <w:rPr>
        <w:rFonts w:eastAsia="Times New Roman" w:cs="Times New Roman"/>
        <w:bCs/>
        <w:color w:val="auto"/>
        <w:kern w:val="2"/>
        <w:sz w:val="20"/>
        <w:szCs w:val="20"/>
        <w:lang w:eastAsia="bg-BG"/>
      </w:rPr>
      <w:t xml:space="preserve"> e</w:t>
    </w:r>
    <w:r w:rsidRPr="009A2A66">
      <w:rPr>
        <w:rFonts w:eastAsia="Times New Roman" w:cs="Times New Roman"/>
        <w:bCs/>
        <w:color w:val="auto"/>
        <w:kern w:val="2"/>
        <w:sz w:val="20"/>
        <w:szCs w:val="20"/>
        <w:lang w:val="ru-RU" w:eastAsia="bg-BG"/>
      </w:rPr>
      <w:t>-</w:t>
    </w:r>
    <w:r w:rsidRPr="009A2A66">
      <w:rPr>
        <w:rFonts w:eastAsia="Times New Roman" w:cs="Times New Roman"/>
        <w:bCs/>
        <w:color w:val="auto"/>
        <w:kern w:val="2"/>
        <w:sz w:val="20"/>
        <w:szCs w:val="20"/>
        <w:lang w:eastAsia="bg-BG"/>
      </w:rPr>
      <w:t>mail</w:t>
    </w:r>
    <w:r w:rsidRPr="009A2A66">
      <w:rPr>
        <w:rFonts w:eastAsia="Times New Roman" w:cs="Times New Roman"/>
        <w:bCs/>
        <w:color w:val="auto"/>
        <w:kern w:val="2"/>
        <w:sz w:val="20"/>
        <w:szCs w:val="20"/>
        <w:lang w:val="ru-RU" w:eastAsia="bg-BG"/>
      </w:rPr>
      <w:t>:</w:t>
    </w:r>
    <w:r w:rsidRPr="009A2A66">
      <w:rPr>
        <w:rFonts w:eastAsia="Times New Roman" w:cs="Times New Roman"/>
        <w:bCs/>
        <w:color w:val="auto"/>
        <w:kern w:val="2"/>
        <w:sz w:val="20"/>
        <w:szCs w:val="20"/>
        <w:lang w:eastAsia="bg-BG"/>
      </w:rPr>
      <w:t xml:space="preserve"> 1300123@edu.mon.bg</w:t>
    </w:r>
    <w:bookmarkEnd w:id="1"/>
  </w:p>
  <w:p w:rsidR="009A2A66" w:rsidRDefault="009A2A6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0648"/>
    <w:rsid w:val="0015074B"/>
    <w:rsid w:val="00283CC1"/>
    <w:rsid w:val="0029639D"/>
    <w:rsid w:val="00326F90"/>
    <w:rsid w:val="007257E2"/>
    <w:rsid w:val="009A2A66"/>
    <w:rsid w:val="00AA1D8D"/>
    <w:rsid w:val="00B47730"/>
    <w:rsid w:val="00CB0664"/>
    <w:rsid w:val="00CB69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24377"/>
  <w14:defaultImageDpi w14:val="300"/>
  <w15:docId w15:val="{ACB28EB0-C6AC-452C-A0B7-E1DF2AB9D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283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Изнесен текст Знак"/>
    <w:basedOn w:val="a2"/>
    <w:link w:val="affa"/>
    <w:uiPriority w:val="99"/>
    <w:semiHidden/>
    <w:rsid w:val="00283CC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E683B8-8FE8-4868-9EFE-7A0A308F2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cp:lastPrinted>2026-09-11T09:49:00Z</cp:lastPrinted>
  <dcterms:created xsi:type="dcterms:W3CDTF">2026-09-11T05:20:00Z</dcterms:created>
  <dcterms:modified xsi:type="dcterms:W3CDTF">2026-09-11T09:49:00Z</dcterms:modified>
  <cp:category/>
</cp:coreProperties>
</file>